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48149" w14:textId="77777777" w:rsidR="003B7CC7" w:rsidRDefault="00000000">
      <w:pPr>
        <w:spacing w:after="40"/>
        <w:jc w:val="center"/>
        <w:rPr>
          <w:rFonts w:ascii="Arial" w:hAnsi="Arial"/>
          <w:b/>
          <w:color w:val="1B3A6B"/>
          <w:sz w:val="32"/>
        </w:rPr>
      </w:pPr>
      <w:r>
        <w:rPr>
          <w:rFonts w:ascii="Arial" w:hAnsi="Arial"/>
          <w:b/>
          <w:color w:val="1B3A6B"/>
          <w:sz w:val="32"/>
        </w:rPr>
        <w:t>C</w:t>
      </w:r>
      <w:r w:rsidR="003B7CC7">
        <w:rPr>
          <w:rFonts w:ascii="Arial" w:hAnsi="Arial"/>
          <w:b/>
          <w:color w:val="1B3A6B"/>
          <w:sz w:val="32"/>
        </w:rPr>
        <w:t xml:space="preserve">aribbean </w:t>
      </w:r>
      <w:r>
        <w:rPr>
          <w:rFonts w:ascii="Arial" w:hAnsi="Arial"/>
          <w:b/>
          <w:color w:val="1B3A6B"/>
          <w:sz w:val="32"/>
        </w:rPr>
        <w:t>F</w:t>
      </w:r>
      <w:r w:rsidR="003B7CC7">
        <w:rPr>
          <w:rFonts w:ascii="Arial" w:hAnsi="Arial"/>
          <w:b/>
          <w:color w:val="1B3A6B"/>
          <w:sz w:val="32"/>
        </w:rPr>
        <w:t xml:space="preserve">unding &amp; </w:t>
      </w:r>
      <w:r>
        <w:rPr>
          <w:rFonts w:ascii="Arial" w:hAnsi="Arial"/>
          <w:b/>
          <w:color w:val="1B3A6B"/>
          <w:sz w:val="32"/>
        </w:rPr>
        <w:t>O</w:t>
      </w:r>
      <w:r w:rsidR="003B7CC7">
        <w:rPr>
          <w:rFonts w:ascii="Arial" w:hAnsi="Arial"/>
          <w:b/>
          <w:color w:val="1B3A6B"/>
          <w:sz w:val="32"/>
        </w:rPr>
        <w:t xml:space="preserve">pportunity </w:t>
      </w:r>
      <w:r>
        <w:rPr>
          <w:rFonts w:ascii="Arial" w:hAnsi="Arial"/>
          <w:b/>
          <w:color w:val="1B3A6B"/>
          <w:sz w:val="32"/>
        </w:rPr>
        <w:t>H</w:t>
      </w:r>
      <w:r w:rsidR="003B7CC7">
        <w:rPr>
          <w:rFonts w:ascii="Arial" w:hAnsi="Arial"/>
          <w:b/>
          <w:color w:val="1B3A6B"/>
          <w:sz w:val="32"/>
        </w:rPr>
        <w:t>ub</w:t>
      </w:r>
    </w:p>
    <w:p w14:paraId="3E44503A" w14:textId="6968CF86" w:rsidR="006458DD" w:rsidRDefault="00000000">
      <w:pPr>
        <w:spacing w:after="40"/>
        <w:jc w:val="center"/>
      </w:pPr>
      <w:r>
        <w:rPr>
          <w:rFonts w:ascii="Arial" w:hAnsi="Arial"/>
          <w:b/>
          <w:color w:val="1B3A6B"/>
          <w:sz w:val="32"/>
        </w:rPr>
        <w:t xml:space="preserve">  Creative Financial Tracker</w:t>
      </w:r>
    </w:p>
    <w:p w14:paraId="5DC68D59" w14:textId="77777777" w:rsidR="006458DD" w:rsidRDefault="00000000">
      <w:pPr>
        <w:spacing w:after="40"/>
        <w:jc w:val="center"/>
      </w:pPr>
      <w:r>
        <w:rPr>
          <w:rFonts w:ascii="Arial" w:hAnsi="Arial"/>
          <w:i/>
          <w:color w:val="556080"/>
          <w:sz w:val="18"/>
        </w:rPr>
        <w:t>A free resource for Caribbean creatives  ·  cfohub.org  ·  2026</w:t>
      </w:r>
    </w:p>
    <w:p w14:paraId="252965BA" w14:textId="77777777" w:rsidR="006458DD" w:rsidRDefault="006458DD">
      <w:pPr>
        <w:pBdr>
          <w:bottom w:val="single" w:sz="10" w:space="3" w:color="C9A84C"/>
        </w:pBdr>
        <w:spacing w:after="120"/>
      </w:pPr>
    </w:p>
    <w:p w14:paraId="4030549B" w14:textId="77777777" w:rsidR="006458DD" w:rsidRDefault="006458DD">
      <w:pPr>
        <w:spacing w:after="4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48"/>
      </w:tblGrid>
      <w:tr w:rsidR="006458DD" w14:paraId="4B0D2CA5" w14:textId="77777777">
        <w:tc>
          <w:tcPr>
            <w:tcW w:w="9648" w:type="dxa"/>
            <w:shd w:val="clear" w:color="auto" w:fill="EEF3FA"/>
          </w:tcPr>
          <w:p w14:paraId="192A9574" w14:textId="77777777" w:rsidR="006458DD" w:rsidRDefault="006458DD"/>
          <w:p w14:paraId="11B44023" w14:textId="77777777" w:rsidR="006458DD" w:rsidRDefault="00000000">
            <w:pPr>
              <w:spacing w:before="80" w:after="80"/>
            </w:pPr>
            <w:r>
              <w:rPr>
                <w:rFonts w:ascii="Arial" w:hAnsi="Arial"/>
                <w:b/>
                <w:color w:val="1B3A6B"/>
                <w:sz w:val="19"/>
              </w:rPr>
              <w:t xml:space="preserve">How to use this tracker: </w:t>
            </w:r>
            <w:r>
              <w:rPr>
                <w:rFonts w:ascii="Arial" w:hAnsi="Arial"/>
                <w:i/>
                <w:color w:val="222222"/>
                <w:sz w:val="19"/>
              </w:rPr>
              <w:t>Fill in your creative income and expenses as they happen — not at year end. A short session every two weeks is enough to keep it current. Save receipts (a photo in a labelled folder works well). This tracker is for your creative practice only — keep it separate from personal household finances.</w:t>
            </w:r>
          </w:p>
        </w:tc>
      </w:tr>
    </w:tbl>
    <w:p w14:paraId="53769D0B" w14:textId="77777777" w:rsidR="006458DD" w:rsidRDefault="006458DD"/>
    <w:p w14:paraId="08738671" w14:textId="77777777" w:rsidR="006458DD" w:rsidRDefault="00000000">
      <w:pPr>
        <w:pBdr>
          <w:bottom w:val="single" w:sz="4" w:space="3" w:color="C9A84C"/>
        </w:pBdr>
        <w:spacing w:before="280" w:after="100"/>
      </w:pPr>
      <w:r>
        <w:rPr>
          <w:rFonts w:ascii="Arial" w:hAnsi="Arial"/>
          <w:b/>
          <w:color w:val="1B3A6B"/>
          <w:sz w:val="24"/>
        </w:rPr>
        <w:t>1.  Year and currency</w:t>
      </w:r>
    </w:p>
    <w:p w14:paraId="52F94F8D" w14:textId="77777777" w:rsidR="006458DD" w:rsidRDefault="00000000">
      <w:pPr>
        <w:spacing w:before="40" w:after="40"/>
      </w:pPr>
      <w:r>
        <w:rPr>
          <w:rFonts w:ascii="Arial" w:hAnsi="Arial"/>
          <w:color w:val="222222"/>
          <w:sz w:val="20"/>
        </w:rPr>
        <w:t xml:space="preserve">Year: ___________    Currency: ___________    </w:t>
      </w:r>
      <w:r>
        <w:rPr>
          <w:rFonts w:ascii="Arial" w:hAnsi="Arial"/>
          <w:i/>
          <w:color w:val="556080"/>
          <w:sz w:val="18"/>
        </w:rPr>
        <w:t>(e.g. XCD, USD, GBP)</w:t>
      </w:r>
    </w:p>
    <w:p w14:paraId="416DBE65" w14:textId="77777777" w:rsidR="006458DD" w:rsidRDefault="006458DD">
      <w:pPr>
        <w:spacing w:after="80"/>
      </w:pPr>
    </w:p>
    <w:p w14:paraId="2A2E114B" w14:textId="77777777" w:rsidR="006458DD" w:rsidRDefault="00000000">
      <w:pPr>
        <w:pBdr>
          <w:bottom w:val="single" w:sz="4" w:space="3" w:color="C9A84C"/>
        </w:pBdr>
        <w:spacing w:before="280" w:after="100"/>
      </w:pPr>
      <w:r>
        <w:rPr>
          <w:rFonts w:ascii="Arial" w:hAnsi="Arial"/>
          <w:b/>
          <w:color w:val="1B3A6B"/>
          <w:sz w:val="24"/>
        </w:rPr>
        <w:t>2</w:t>
      </w:r>
      <w:proofErr w:type="gramStart"/>
      <w:r>
        <w:rPr>
          <w:rFonts w:ascii="Arial" w:hAnsi="Arial"/>
          <w:b/>
          <w:color w:val="1B3A6B"/>
          <w:sz w:val="24"/>
        </w:rPr>
        <w:t>.  Income</w:t>
      </w:r>
      <w:proofErr w:type="gramEnd"/>
      <w:r>
        <w:rPr>
          <w:rFonts w:ascii="Arial" w:hAnsi="Arial"/>
          <w:b/>
          <w:color w:val="1B3A6B"/>
          <w:sz w:val="24"/>
        </w:rPr>
        <w:t xml:space="preserve"> record</w:t>
      </w:r>
    </w:p>
    <w:p w14:paraId="445A339A" w14:textId="77777777" w:rsidR="006458DD" w:rsidRDefault="00000000">
      <w:pPr>
        <w:spacing w:before="40" w:after="80"/>
        <w:jc w:val="both"/>
      </w:pPr>
      <w:r>
        <w:rPr>
          <w:rFonts w:ascii="Arial" w:hAnsi="Arial"/>
          <w:color w:val="222222"/>
          <w:sz w:val="20"/>
        </w:rPr>
        <w:t>Record all income related to your creative practice. Include grants and awards received, even if they feel separate from your regular income.</w:t>
      </w:r>
    </w:p>
    <w:tbl>
      <w:tblPr>
        <w:tblStyle w:val="TableGrid"/>
        <w:tblpPr w:leftFromText="180" w:rightFromText="180" w:vertAnchor="text" w:horzAnchor="margin" w:tblpY="62"/>
        <w:tblW w:w="0" w:type="auto"/>
        <w:tblLook w:val="04A0" w:firstRow="1" w:lastRow="0" w:firstColumn="1" w:lastColumn="0" w:noHBand="0" w:noVBand="1"/>
      </w:tblPr>
      <w:tblGrid>
        <w:gridCol w:w="9648"/>
      </w:tblGrid>
      <w:tr w:rsidR="003B7CC7" w14:paraId="37C7C0AE" w14:textId="77777777" w:rsidTr="003B7CC7">
        <w:tc>
          <w:tcPr>
            <w:tcW w:w="9648" w:type="dxa"/>
            <w:shd w:val="clear" w:color="auto" w:fill="E6F5EE"/>
          </w:tcPr>
          <w:p w14:paraId="57DA8030" w14:textId="77777777" w:rsidR="003B7CC7" w:rsidRDefault="003B7CC7" w:rsidP="003B7CC7"/>
          <w:p w14:paraId="747496BD" w14:textId="3D3556A0" w:rsidR="003B7CC7" w:rsidRDefault="003B7CC7" w:rsidP="003B7CC7">
            <w:pPr>
              <w:spacing w:before="80" w:after="80"/>
            </w:pPr>
            <w:r>
              <w:rPr>
                <w:rFonts w:ascii="Arial" w:hAnsi="Arial"/>
                <w:b/>
                <w:color w:val="1AAFA0"/>
                <w:sz w:val="19"/>
              </w:rPr>
              <w:t xml:space="preserve">Income types to </w:t>
            </w:r>
            <w:proofErr w:type="gramStart"/>
            <w:r>
              <w:rPr>
                <w:rFonts w:ascii="Arial" w:hAnsi="Arial"/>
                <w:b/>
                <w:color w:val="1AAFA0"/>
                <w:sz w:val="19"/>
              </w:rPr>
              <w:t>include:</w:t>
            </w:r>
            <w:proofErr w:type="gramEnd"/>
            <w:r>
              <w:rPr>
                <w:rFonts w:ascii="Arial" w:hAnsi="Arial"/>
                <w:b/>
                <w:color w:val="1AAFA0"/>
                <w:sz w:val="19"/>
              </w:rPr>
              <w:t xml:space="preserve"> </w:t>
            </w:r>
            <w:r>
              <w:rPr>
                <w:rFonts w:ascii="Arial" w:hAnsi="Arial"/>
                <w:i/>
                <w:color w:val="222222"/>
                <w:sz w:val="19"/>
              </w:rPr>
              <w:t>Commissions and sales of work · Performance or appearance fees · Teaching and workshop income · Grants, awards, and fellowships received · Royalties or licensing fees · In-kind support received (note the estimated value)</w:t>
            </w:r>
          </w:p>
        </w:tc>
      </w:tr>
    </w:tbl>
    <w:p w14:paraId="537A6E1D" w14:textId="77777777" w:rsidR="006458DD" w:rsidRDefault="006458DD">
      <w:pPr>
        <w:spacing w:after="4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0"/>
        <w:gridCol w:w="1930"/>
        <w:gridCol w:w="1930"/>
        <w:gridCol w:w="1930"/>
        <w:gridCol w:w="1930"/>
      </w:tblGrid>
      <w:tr w:rsidR="006458DD" w14:paraId="1A28F9A9" w14:textId="77777777">
        <w:tc>
          <w:tcPr>
            <w:tcW w:w="1930" w:type="dxa"/>
            <w:shd w:val="clear" w:color="auto" w:fill="E6F5EE"/>
          </w:tcPr>
          <w:p w14:paraId="1ADF4034" w14:textId="77777777" w:rsidR="006458DD" w:rsidRDefault="006458DD"/>
          <w:p w14:paraId="01AED36D" w14:textId="77777777" w:rsidR="006458DD" w:rsidRDefault="00000000">
            <w:pPr>
              <w:spacing w:before="60" w:after="60"/>
            </w:pPr>
            <w:r>
              <w:rPr>
                <w:rFonts w:ascii="Arial" w:hAnsi="Arial"/>
                <w:b/>
                <w:color w:val="1B3A6B"/>
                <w:sz w:val="18"/>
              </w:rPr>
              <w:t>Date</w:t>
            </w:r>
          </w:p>
        </w:tc>
        <w:tc>
          <w:tcPr>
            <w:tcW w:w="1930" w:type="dxa"/>
            <w:shd w:val="clear" w:color="auto" w:fill="E6F5EE"/>
          </w:tcPr>
          <w:p w14:paraId="2AF1A97B" w14:textId="77777777" w:rsidR="006458DD" w:rsidRDefault="006458DD"/>
          <w:p w14:paraId="13FFA5F6" w14:textId="77777777" w:rsidR="006458DD" w:rsidRDefault="00000000">
            <w:pPr>
              <w:spacing w:before="60" w:after="60"/>
            </w:pPr>
            <w:r>
              <w:rPr>
                <w:rFonts w:ascii="Arial" w:hAnsi="Arial"/>
                <w:b/>
                <w:color w:val="1B3A6B"/>
                <w:sz w:val="18"/>
              </w:rPr>
              <w:t>Description</w:t>
            </w:r>
          </w:p>
        </w:tc>
        <w:tc>
          <w:tcPr>
            <w:tcW w:w="1930" w:type="dxa"/>
            <w:shd w:val="clear" w:color="auto" w:fill="E6F5EE"/>
          </w:tcPr>
          <w:p w14:paraId="518E836A" w14:textId="77777777" w:rsidR="006458DD" w:rsidRDefault="006458DD"/>
          <w:p w14:paraId="63546A6C" w14:textId="77777777" w:rsidR="006458DD" w:rsidRDefault="00000000">
            <w:pPr>
              <w:spacing w:before="60" w:after="60"/>
            </w:pPr>
            <w:r>
              <w:rPr>
                <w:rFonts w:ascii="Arial" w:hAnsi="Arial"/>
                <w:b/>
                <w:color w:val="1B3A6B"/>
                <w:sz w:val="18"/>
              </w:rPr>
              <w:t>Source / Payer</w:t>
            </w:r>
          </w:p>
        </w:tc>
        <w:tc>
          <w:tcPr>
            <w:tcW w:w="1930" w:type="dxa"/>
            <w:shd w:val="clear" w:color="auto" w:fill="E6F5EE"/>
          </w:tcPr>
          <w:p w14:paraId="3883A72C" w14:textId="77777777" w:rsidR="006458DD" w:rsidRDefault="006458DD"/>
          <w:p w14:paraId="2DB11914" w14:textId="77777777" w:rsidR="006458DD" w:rsidRDefault="00000000">
            <w:pPr>
              <w:spacing w:before="60" w:after="60"/>
            </w:pPr>
            <w:r>
              <w:rPr>
                <w:rFonts w:ascii="Arial" w:hAnsi="Arial"/>
                <w:b/>
                <w:color w:val="1B3A6B"/>
                <w:sz w:val="18"/>
              </w:rPr>
              <w:t>Amount</w:t>
            </w:r>
          </w:p>
        </w:tc>
        <w:tc>
          <w:tcPr>
            <w:tcW w:w="1930" w:type="dxa"/>
            <w:shd w:val="clear" w:color="auto" w:fill="E6F5EE"/>
          </w:tcPr>
          <w:p w14:paraId="7E1BE2C9" w14:textId="77777777" w:rsidR="006458DD" w:rsidRDefault="006458DD"/>
          <w:p w14:paraId="0ED84703" w14:textId="77777777" w:rsidR="006458DD" w:rsidRDefault="00000000">
            <w:pPr>
              <w:spacing w:before="60" w:after="60"/>
            </w:pPr>
            <w:r>
              <w:rPr>
                <w:rFonts w:ascii="Arial" w:hAnsi="Arial"/>
                <w:b/>
                <w:color w:val="1B3A6B"/>
                <w:sz w:val="18"/>
              </w:rPr>
              <w:t>Receipt saved?</w:t>
            </w:r>
          </w:p>
        </w:tc>
      </w:tr>
      <w:tr w:rsidR="006458DD" w14:paraId="2C85BE93" w14:textId="77777777">
        <w:tc>
          <w:tcPr>
            <w:tcW w:w="1930" w:type="dxa"/>
          </w:tcPr>
          <w:p w14:paraId="30FE8B62" w14:textId="77777777" w:rsidR="006458DD" w:rsidRDefault="006458DD"/>
          <w:p w14:paraId="3035F0EA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20681155" w14:textId="77777777" w:rsidR="006458DD" w:rsidRDefault="006458DD"/>
          <w:p w14:paraId="536DB8ED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335C4E24" w14:textId="77777777" w:rsidR="006458DD" w:rsidRDefault="006458DD"/>
          <w:p w14:paraId="772E8016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4DF4B0FF" w14:textId="77777777" w:rsidR="006458DD" w:rsidRDefault="006458DD"/>
          <w:p w14:paraId="3F36FAC8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3B3FA3D2" w14:textId="77777777" w:rsidR="006458DD" w:rsidRDefault="006458DD"/>
          <w:p w14:paraId="137C8EFA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</w:tr>
      <w:tr w:rsidR="006458DD" w14:paraId="1B212B92" w14:textId="77777777">
        <w:tc>
          <w:tcPr>
            <w:tcW w:w="1930" w:type="dxa"/>
          </w:tcPr>
          <w:p w14:paraId="21ECD842" w14:textId="77777777" w:rsidR="006458DD" w:rsidRDefault="006458DD"/>
          <w:p w14:paraId="16312110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75CE286B" w14:textId="77777777" w:rsidR="006458DD" w:rsidRDefault="006458DD"/>
          <w:p w14:paraId="00F18743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4CDEC884" w14:textId="77777777" w:rsidR="006458DD" w:rsidRDefault="006458DD"/>
          <w:p w14:paraId="19BF4C1E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5AD7E9DF" w14:textId="77777777" w:rsidR="006458DD" w:rsidRDefault="006458DD"/>
          <w:p w14:paraId="2833FB16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6D34441F" w14:textId="77777777" w:rsidR="006458DD" w:rsidRDefault="006458DD"/>
          <w:p w14:paraId="09263DE5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</w:tr>
      <w:tr w:rsidR="006458DD" w14:paraId="1A460EFF" w14:textId="77777777">
        <w:tc>
          <w:tcPr>
            <w:tcW w:w="1930" w:type="dxa"/>
          </w:tcPr>
          <w:p w14:paraId="62914E6A" w14:textId="77777777" w:rsidR="006458DD" w:rsidRDefault="006458DD"/>
          <w:p w14:paraId="7B7A1232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1518F244" w14:textId="77777777" w:rsidR="006458DD" w:rsidRDefault="006458DD"/>
          <w:p w14:paraId="7912D5F8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62A77EEE" w14:textId="77777777" w:rsidR="006458DD" w:rsidRDefault="006458DD"/>
          <w:p w14:paraId="4EBD69C5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538F8754" w14:textId="77777777" w:rsidR="006458DD" w:rsidRDefault="006458DD"/>
          <w:p w14:paraId="44477669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04966C45" w14:textId="77777777" w:rsidR="006458DD" w:rsidRDefault="006458DD"/>
          <w:p w14:paraId="19C4498B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</w:tr>
      <w:tr w:rsidR="006458DD" w14:paraId="2441F1E8" w14:textId="77777777">
        <w:tc>
          <w:tcPr>
            <w:tcW w:w="1930" w:type="dxa"/>
          </w:tcPr>
          <w:p w14:paraId="0CBA1AA4" w14:textId="77777777" w:rsidR="006458DD" w:rsidRDefault="006458DD"/>
          <w:p w14:paraId="5A9CBC6D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49F579F0" w14:textId="77777777" w:rsidR="006458DD" w:rsidRDefault="006458DD"/>
          <w:p w14:paraId="6953CBF2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4EC3E1FF" w14:textId="77777777" w:rsidR="006458DD" w:rsidRDefault="006458DD"/>
          <w:p w14:paraId="4BC1E0BB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67D751C1" w14:textId="77777777" w:rsidR="006458DD" w:rsidRDefault="006458DD"/>
          <w:p w14:paraId="4A684190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1CA81319" w14:textId="77777777" w:rsidR="006458DD" w:rsidRDefault="006458DD"/>
          <w:p w14:paraId="76F15B21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</w:tr>
      <w:tr w:rsidR="006458DD" w14:paraId="5EB0FA65" w14:textId="77777777">
        <w:tc>
          <w:tcPr>
            <w:tcW w:w="1930" w:type="dxa"/>
          </w:tcPr>
          <w:p w14:paraId="10EA20EF" w14:textId="77777777" w:rsidR="006458DD" w:rsidRDefault="006458DD"/>
          <w:p w14:paraId="00FE2787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313F0A16" w14:textId="77777777" w:rsidR="006458DD" w:rsidRDefault="006458DD"/>
          <w:p w14:paraId="5A72AFA1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7CC89D52" w14:textId="77777777" w:rsidR="006458DD" w:rsidRDefault="006458DD"/>
          <w:p w14:paraId="3748559D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6D094791" w14:textId="77777777" w:rsidR="006458DD" w:rsidRDefault="006458DD"/>
          <w:p w14:paraId="180B7639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0AC31598" w14:textId="77777777" w:rsidR="006458DD" w:rsidRDefault="006458DD"/>
          <w:p w14:paraId="79201420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</w:tr>
      <w:tr w:rsidR="006458DD" w14:paraId="23549943" w14:textId="77777777">
        <w:tc>
          <w:tcPr>
            <w:tcW w:w="1930" w:type="dxa"/>
          </w:tcPr>
          <w:p w14:paraId="4682EEC0" w14:textId="77777777" w:rsidR="006458DD" w:rsidRDefault="006458DD"/>
          <w:p w14:paraId="280E1178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3EC0FAA4" w14:textId="77777777" w:rsidR="006458DD" w:rsidRDefault="006458DD"/>
          <w:p w14:paraId="0C5C3B73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49616466" w14:textId="77777777" w:rsidR="006458DD" w:rsidRDefault="006458DD"/>
          <w:p w14:paraId="38556AAE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3FEA75F2" w14:textId="77777777" w:rsidR="006458DD" w:rsidRDefault="006458DD"/>
          <w:p w14:paraId="20BB8B80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55E36505" w14:textId="77777777" w:rsidR="006458DD" w:rsidRDefault="006458DD"/>
          <w:p w14:paraId="0FA76183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</w:tr>
      <w:tr w:rsidR="006458DD" w14:paraId="5CFBD744" w14:textId="77777777">
        <w:tc>
          <w:tcPr>
            <w:tcW w:w="1930" w:type="dxa"/>
          </w:tcPr>
          <w:p w14:paraId="7F885B6E" w14:textId="77777777" w:rsidR="006458DD" w:rsidRDefault="006458DD"/>
          <w:p w14:paraId="2D287EBA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lastRenderedPageBreak/>
              <w:t xml:space="preserve"> </w:t>
            </w:r>
          </w:p>
        </w:tc>
        <w:tc>
          <w:tcPr>
            <w:tcW w:w="1930" w:type="dxa"/>
          </w:tcPr>
          <w:p w14:paraId="0592717A" w14:textId="77777777" w:rsidR="006458DD" w:rsidRDefault="006458DD"/>
          <w:p w14:paraId="5E1808DF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lastRenderedPageBreak/>
              <w:t xml:space="preserve"> </w:t>
            </w:r>
          </w:p>
        </w:tc>
        <w:tc>
          <w:tcPr>
            <w:tcW w:w="1930" w:type="dxa"/>
          </w:tcPr>
          <w:p w14:paraId="5B192BA7" w14:textId="77777777" w:rsidR="006458DD" w:rsidRDefault="006458DD"/>
          <w:p w14:paraId="6FAC7AEF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lastRenderedPageBreak/>
              <w:t xml:space="preserve"> </w:t>
            </w:r>
          </w:p>
        </w:tc>
        <w:tc>
          <w:tcPr>
            <w:tcW w:w="1930" w:type="dxa"/>
          </w:tcPr>
          <w:p w14:paraId="46F517CA" w14:textId="77777777" w:rsidR="006458DD" w:rsidRDefault="006458DD"/>
          <w:p w14:paraId="439E68B0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lastRenderedPageBreak/>
              <w:t xml:space="preserve"> </w:t>
            </w:r>
          </w:p>
        </w:tc>
        <w:tc>
          <w:tcPr>
            <w:tcW w:w="1930" w:type="dxa"/>
          </w:tcPr>
          <w:p w14:paraId="2F230CA4" w14:textId="77777777" w:rsidR="006458DD" w:rsidRDefault="006458DD"/>
          <w:p w14:paraId="6EA8CE36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lastRenderedPageBreak/>
              <w:t xml:space="preserve"> </w:t>
            </w:r>
          </w:p>
        </w:tc>
      </w:tr>
      <w:tr w:rsidR="006458DD" w14:paraId="40440AE3" w14:textId="77777777">
        <w:tc>
          <w:tcPr>
            <w:tcW w:w="1930" w:type="dxa"/>
          </w:tcPr>
          <w:p w14:paraId="447E2A0A" w14:textId="77777777" w:rsidR="006458DD" w:rsidRDefault="006458DD"/>
          <w:p w14:paraId="371F8F69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50CD7773" w14:textId="77777777" w:rsidR="006458DD" w:rsidRDefault="006458DD"/>
          <w:p w14:paraId="756C5B7A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58FE5C51" w14:textId="77777777" w:rsidR="006458DD" w:rsidRDefault="006458DD"/>
          <w:p w14:paraId="31287927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78BC8BF4" w14:textId="77777777" w:rsidR="006458DD" w:rsidRDefault="006458DD"/>
          <w:p w14:paraId="74521815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0C72D4FE" w14:textId="77777777" w:rsidR="006458DD" w:rsidRDefault="006458DD"/>
          <w:p w14:paraId="2C61D563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</w:tr>
      <w:tr w:rsidR="006458DD" w14:paraId="305FD310" w14:textId="77777777">
        <w:tc>
          <w:tcPr>
            <w:tcW w:w="1930" w:type="dxa"/>
          </w:tcPr>
          <w:p w14:paraId="0D626ABA" w14:textId="77777777" w:rsidR="006458DD" w:rsidRDefault="006458DD"/>
          <w:p w14:paraId="13A52742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41DFBF9B" w14:textId="77777777" w:rsidR="006458DD" w:rsidRDefault="006458DD"/>
          <w:p w14:paraId="3FC672BA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3B2C261B" w14:textId="77777777" w:rsidR="006458DD" w:rsidRDefault="006458DD"/>
          <w:p w14:paraId="27BEC02A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5BDEC361" w14:textId="77777777" w:rsidR="006458DD" w:rsidRDefault="006458DD"/>
          <w:p w14:paraId="0BFA3BF4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19DABFB5" w14:textId="77777777" w:rsidR="006458DD" w:rsidRDefault="006458DD"/>
          <w:p w14:paraId="77F941D7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</w:tr>
      <w:tr w:rsidR="006458DD" w14:paraId="2CFEE642" w14:textId="77777777">
        <w:tc>
          <w:tcPr>
            <w:tcW w:w="1930" w:type="dxa"/>
          </w:tcPr>
          <w:p w14:paraId="6730CD53" w14:textId="77777777" w:rsidR="006458DD" w:rsidRDefault="006458DD"/>
          <w:p w14:paraId="5641D20D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362421F4" w14:textId="77777777" w:rsidR="006458DD" w:rsidRDefault="006458DD"/>
          <w:p w14:paraId="23375054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1C117352" w14:textId="77777777" w:rsidR="006458DD" w:rsidRDefault="006458DD"/>
          <w:p w14:paraId="6481CB3B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625E8A59" w14:textId="77777777" w:rsidR="006458DD" w:rsidRDefault="006458DD"/>
          <w:p w14:paraId="5FEE5218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54D053C9" w14:textId="77777777" w:rsidR="006458DD" w:rsidRDefault="006458DD"/>
          <w:p w14:paraId="572B2387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</w:tr>
      <w:tr w:rsidR="006458DD" w14:paraId="779560B7" w14:textId="77777777">
        <w:tc>
          <w:tcPr>
            <w:tcW w:w="1930" w:type="dxa"/>
          </w:tcPr>
          <w:p w14:paraId="49D44140" w14:textId="77777777" w:rsidR="006458DD" w:rsidRDefault="006458DD"/>
          <w:p w14:paraId="6ED814D4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72A40E63" w14:textId="77777777" w:rsidR="006458DD" w:rsidRDefault="006458DD"/>
          <w:p w14:paraId="1AC8D218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2530AC60" w14:textId="77777777" w:rsidR="006458DD" w:rsidRDefault="006458DD"/>
          <w:p w14:paraId="5751A78E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7295D3C4" w14:textId="77777777" w:rsidR="006458DD" w:rsidRDefault="006458DD"/>
          <w:p w14:paraId="78E9F698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42A610BE" w14:textId="77777777" w:rsidR="006458DD" w:rsidRDefault="006458DD"/>
          <w:p w14:paraId="77DD15AC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</w:tr>
      <w:tr w:rsidR="006458DD" w14:paraId="766E93C4" w14:textId="77777777">
        <w:tc>
          <w:tcPr>
            <w:tcW w:w="1930" w:type="dxa"/>
          </w:tcPr>
          <w:p w14:paraId="38AC48CA" w14:textId="77777777" w:rsidR="006458DD" w:rsidRDefault="006458DD"/>
          <w:p w14:paraId="44712E0C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450052D5" w14:textId="77777777" w:rsidR="006458DD" w:rsidRDefault="006458DD"/>
          <w:p w14:paraId="3876925E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37D9E396" w14:textId="77777777" w:rsidR="006458DD" w:rsidRDefault="006458DD"/>
          <w:p w14:paraId="3CFCB740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460EF036" w14:textId="77777777" w:rsidR="006458DD" w:rsidRDefault="006458DD"/>
          <w:p w14:paraId="462218EA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2522A5EC" w14:textId="77777777" w:rsidR="006458DD" w:rsidRDefault="006458DD"/>
          <w:p w14:paraId="3D440B34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</w:tr>
    </w:tbl>
    <w:p w14:paraId="4C578242" w14:textId="77777777" w:rsidR="006458DD" w:rsidRDefault="006458DD"/>
    <w:p w14:paraId="542CEBFA" w14:textId="77777777" w:rsidR="006458DD" w:rsidRDefault="00000000">
      <w:pPr>
        <w:pBdr>
          <w:bottom w:val="single" w:sz="4" w:space="3" w:color="C9A84C"/>
        </w:pBdr>
        <w:spacing w:before="280" w:after="100"/>
      </w:pPr>
      <w:r>
        <w:rPr>
          <w:rFonts w:ascii="Arial" w:hAnsi="Arial"/>
          <w:b/>
          <w:color w:val="1B3A6B"/>
          <w:sz w:val="24"/>
        </w:rPr>
        <w:t>3</w:t>
      </w:r>
      <w:proofErr w:type="gramStart"/>
      <w:r>
        <w:rPr>
          <w:rFonts w:ascii="Arial" w:hAnsi="Arial"/>
          <w:b/>
          <w:color w:val="1B3A6B"/>
          <w:sz w:val="24"/>
        </w:rPr>
        <w:t>.  Expense</w:t>
      </w:r>
      <w:proofErr w:type="gramEnd"/>
      <w:r>
        <w:rPr>
          <w:rFonts w:ascii="Arial" w:hAnsi="Arial"/>
          <w:b/>
          <w:color w:val="1B3A6B"/>
          <w:sz w:val="24"/>
        </w:rPr>
        <w:t xml:space="preserve"> record</w:t>
      </w:r>
    </w:p>
    <w:p w14:paraId="5A65B308" w14:textId="77777777" w:rsidR="006458DD" w:rsidRDefault="00000000">
      <w:pPr>
        <w:spacing w:before="40" w:after="80"/>
        <w:jc w:val="both"/>
      </w:pPr>
      <w:r>
        <w:rPr>
          <w:rFonts w:ascii="Arial" w:hAnsi="Arial"/>
          <w:color w:val="222222"/>
          <w:sz w:val="20"/>
        </w:rPr>
        <w:t>Record all expenses related to your creative practice. Use the category list below consistently so your records are easy to read when an application asks for them.</w:t>
      </w:r>
    </w:p>
    <w:tbl>
      <w:tblPr>
        <w:tblStyle w:val="TableGrid"/>
        <w:tblpPr w:leftFromText="180" w:rightFromText="180" w:vertAnchor="text" w:horzAnchor="margin" w:tblpY="145"/>
        <w:tblW w:w="0" w:type="auto"/>
        <w:tblLook w:val="04A0" w:firstRow="1" w:lastRow="0" w:firstColumn="1" w:lastColumn="0" w:noHBand="0" w:noVBand="1"/>
      </w:tblPr>
      <w:tblGrid>
        <w:gridCol w:w="9648"/>
      </w:tblGrid>
      <w:tr w:rsidR="003B7CC7" w14:paraId="36A18330" w14:textId="77777777" w:rsidTr="003B7CC7">
        <w:tc>
          <w:tcPr>
            <w:tcW w:w="9648" w:type="dxa"/>
            <w:shd w:val="clear" w:color="auto" w:fill="FDF6E3"/>
          </w:tcPr>
          <w:p w14:paraId="48F5F6DD" w14:textId="77777777" w:rsidR="003B7CC7" w:rsidRDefault="003B7CC7" w:rsidP="003B7CC7"/>
          <w:p w14:paraId="1F0C518E" w14:textId="77777777" w:rsidR="003B7CC7" w:rsidRDefault="003B7CC7" w:rsidP="003B7CC7">
            <w:pPr>
              <w:spacing w:before="80" w:after="80"/>
            </w:pPr>
            <w:r>
              <w:rPr>
                <w:rFonts w:ascii="Arial" w:hAnsi="Arial"/>
                <w:b/>
                <w:color w:val="C9A84C"/>
                <w:sz w:val="19"/>
              </w:rPr>
              <w:t xml:space="preserve">Expense categories: </w:t>
            </w:r>
            <w:r>
              <w:rPr>
                <w:rFonts w:ascii="Arial" w:hAnsi="Arial"/>
                <w:i/>
                <w:color w:val="222222"/>
                <w:sz w:val="19"/>
              </w:rPr>
              <w:t xml:space="preserve">Materials and supplies · Equipment purchase or rental · Studio / rehearsal / workspace rental · Travel for creative work (exhibitions, residencies, </w:t>
            </w:r>
            <w:proofErr w:type="gramStart"/>
            <w:r>
              <w:rPr>
                <w:rFonts w:ascii="Arial" w:hAnsi="Arial"/>
                <w:i/>
                <w:color w:val="222222"/>
                <w:sz w:val="19"/>
              </w:rPr>
              <w:t>research) ·</w:t>
            </w:r>
            <w:proofErr w:type="gramEnd"/>
            <w:r>
              <w:rPr>
                <w:rFonts w:ascii="Arial" w:hAnsi="Arial"/>
                <w:i/>
                <w:color w:val="222222"/>
                <w:sz w:val="19"/>
              </w:rPr>
              <w:t xml:space="preserve"> Documentation costs · Software and subscriptions · Application and submission fees · Professional development (courses, workshops) · Visa and passport costs for professional travel · Marketing and promotion · Professional services (legal, translation, accounting)</w:t>
            </w:r>
          </w:p>
        </w:tc>
      </w:tr>
    </w:tbl>
    <w:p w14:paraId="0A921240" w14:textId="77777777" w:rsidR="006458DD" w:rsidRDefault="006458DD">
      <w:pPr>
        <w:spacing w:after="4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0"/>
        <w:gridCol w:w="1930"/>
        <w:gridCol w:w="1930"/>
        <w:gridCol w:w="1930"/>
        <w:gridCol w:w="1930"/>
      </w:tblGrid>
      <w:tr w:rsidR="006458DD" w14:paraId="5057506D" w14:textId="77777777">
        <w:tc>
          <w:tcPr>
            <w:tcW w:w="1930" w:type="dxa"/>
            <w:shd w:val="clear" w:color="auto" w:fill="FCE8E8"/>
          </w:tcPr>
          <w:p w14:paraId="20D2DAA6" w14:textId="77777777" w:rsidR="006458DD" w:rsidRDefault="006458DD"/>
          <w:p w14:paraId="541ACB06" w14:textId="77777777" w:rsidR="006458DD" w:rsidRDefault="00000000">
            <w:pPr>
              <w:spacing w:before="60" w:after="60"/>
            </w:pPr>
            <w:r>
              <w:rPr>
                <w:rFonts w:ascii="Arial" w:hAnsi="Arial"/>
                <w:b/>
                <w:color w:val="1B3A6B"/>
                <w:sz w:val="18"/>
              </w:rPr>
              <w:t>Date</w:t>
            </w:r>
          </w:p>
        </w:tc>
        <w:tc>
          <w:tcPr>
            <w:tcW w:w="1930" w:type="dxa"/>
            <w:shd w:val="clear" w:color="auto" w:fill="FCE8E8"/>
          </w:tcPr>
          <w:p w14:paraId="22EB9247" w14:textId="77777777" w:rsidR="006458DD" w:rsidRDefault="006458DD"/>
          <w:p w14:paraId="42577340" w14:textId="77777777" w:rsidR="006458DD" w:rsidRDefault="00000000">
            <w:pPr>
              <w:spacing w:before="60" w:after="60"/>
            </w:pPr>
            <w:r>
              <w:rPr>
                <w:rFonts w:ascii="Arial" w:hAnsi="Arial"/>
                <w:b/>
                <w:color w:val="1B3A6B"/>
                <w:sz w:val="18"/>
              </w:rPr>
              <w:t>Description</w:t>
            </w:r>
          </w:p>
        </w:tc>
        <w:tc>
          <w:tcPr>
            <w:tcW w:w="1930" w:type="dxa"/>
            <w:shd w:val="clear" w:color="auto" w:fill="FCE8E8"/>
          </w:tcPr>
          <w:p w14:paraId="2FED46B4" w14:textId="77777777" w:rsidR="006458DD" w:rsidRDefault="006458DD"/>
          <w:p w14:paraId="3CBE22CF" w14:textId="77777777" w:rsidR="006458DD" w:rsidRDefault="00000000">
            <w:pPr>
              <w:spacing w:before="60" w:after="60"/>
            </w:pPr>
            <w:r>
              <w:rPr>
                <w:rFonts w:ascii="Arial" w:hAnsi="Arial"/>
                <w:b/>
                <w:color w:val="1B3A6B"/>
                <w:sz w:val="18"/>
              </w:rPr>
              <w:t>Category</w:t>
            </w:r>
          </w:p>
        </w:tc>
        <w:tc>
          <w:tcPr>
            <w:tcW w:w="1930" w:type="dxa"/>
            <w:shd w:val="clear" w:color="auto" w:fill="FCE8E8"/>
          </w:tcPr>
          <w:p w14:paraId="654A3A9C" w14:textId="77777777" w:rsidR="006458DD" w:rsidRDefault="006458DD"/>
          <w:p w14:paraId="6BB76396" w14:textId="77777777" w:rsidR="006458DD" w:rsidRDefault="00000000">
            <w:pPr>
              <w:spacing w:before="60" w:after="60"/>
            </w:pPr>
            <w:r>
              <w:rPr>
                <w:rFonts w:ascii="Arial" w:hAnsi="Arial"/>
                <w:b/>
                <w:color w:val="1B3A6B"/>
                <w:sz w:val="18"/>
              </w:rPr>
              <w:t>Amount</w:t>
            </w:r>
          </w:p>
        </w:tc>
        <w:tc>
          <w:tcPr>
            <w:tcW w:w="1930" w:type="dxa"/>
            <w:shd w:val="clear" w:color="auto" w:fill="FCE8E8"/>
          </w:tcPr>
          <w:p w14:paraId="7574676D" w14:textId="77777777" w:rsidR="006458DD" w:rsidRDefault="006458DD"/>
          <w:p w14:paraId="0DB0BD35" w14:textId="77777777" w:rsidR="006458DD" w:rsidRDefault="00000000">
            <w:pPr>
              <w:spacing w:before="60" w:after="60"/>
            </w:pPr>
            <w:r>
              <w:rPr>
                <w:rFonts w:ascii="Arial" w:hAnsi="Arial"/>
                <w:b/>
                <w:color w:val="1B3A6B"/>
                <w:sz w:val="18"/>
              </w:rPr>
              <w:t>Receipt saved?</w:t>
            </w:r>
          </w:p>
        </w:tc>
      </w:tr>
      <w:tr w:rsidR="006458DD" w14:paraId="3F30AFCD" w14:textId="77777777">
        <w:tc>
          <w:tcPr>
            <w:tcW w:w="1930" w:type="dxa"/>
          </w:tcPr>
          <w:p w14:paraId="40B54BF3" w14:textId="77777777" w:rsidR="006458DD" w:rsidRDefault="006458DD"/>
          <w:p w14:paraId="062F87C4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68781F8D" w14:textId="77777777" w:rsidR="006458DD" w:rsidRDefault="006458DD"/>
          <w:p w14:paraId="635F4AA6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59BFA7C2" w14:textId="77777777" w:rsidR="006458DD" w:rsidRDefault="006458DD"/>
          <w:p w14:paraId="28939512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40CA93FA" w14:textId="77777777" w:rsidR="006458DD" w:rsidRDefault="006458DD"/>
          <w:p w14:paraId="369BBFC1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1018121A" w14:textId="77777777" w:rsidR="006458DD" w:rsidRDefault="006458DD"/>
          <w:p w14:paraId="067B31C3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</w:tr>
      <w:tr w:rsidR="006458DD" w14:paraId="78C5248F" w14:textId="77777777">
        <w:tc>
          <w:tcPr>
            <w:tcW w:w="1930" w:type="dxa"/>
          </w:tcPr>
          <w:p w14:paraId="49D51A86" w14:textId="77777777" w:rsidR="006458DD" w:rsidRDefault="006458DD"/>
          <w:p w14:paraId="0F67525C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09CF586F" w14:textId="77777777" w:rsidR="006458DD" w:rsidRDefault="006458DD"/>
          <w:p w14:paraId="728058F6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40E1CFE0" w14:textId="77777777" w:rsidR="006458DD" w:rsidRDefault="006458DD"/>
          <w:p w14:paraId="31F09D9E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76DB76AF" w14:textId="77777777" w:rsidR="006458DD" w:rsidRDefault="006458DD"/>
          <w:p w14:paraId="5C6511EE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2C6DC921" w14:textId="77777777" w:rsidR="006458DD" w:rsidRDefault="006458DD"/>
          <w:p w14:paraId="0AC9BF86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</w:tr>
      <w:tr w:rsidR="006458DD" w14:paraId="10D92D2B" w14:textId="77777777">
        <w:tc>
          <w:tcPr>
            <w:tcW w:w="1930" w:type="dxa"/>
          </w:tcPr>
          <w:p w14:paraId="3E187A96" w14:textId="77777777" w:rsidR="006458DD" w:rsidRDefault="006458DD"/>
          <w:p w14:paraId="4C23910D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0B808148" w14:textId="77777777" w:rsidR="006458DD" w:rsidRDefault="006458DD"/>
          <w:p w14:paraId="5BEC6DAA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1837E9AD" w14:textId="77777777" w:rsidR="006458DD" w:rsidRDefault="006458DD"/>
          <w:p w14:paraId="340C604C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59D72444" w14:textId="77777777" w:rsidR="006458DD" w:rsidRDefault="006458DD"/>
          <w:p w14:paraId="2D972AAF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1B4D3738" w14:textId="77777777" w:rsidR="006458DD" w:rsidRDefault="006458DD"/>
          <w:p w14:paraId="7C4C294B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</w:tr>
      <w:tr w:rsidR="006458DD" w14:paraId="6A343D9C" w14:textId="77777777">
        <w:tc>
          <w:tcPr>
            <w:tcW w:w="1930" w:type="dxa"/>
          </w:tcPr>
          <w:p w14:paraId="76A6751A" w14:textId="77777777" w:rsidR="006458DD" w:rsidRDefault="006458DD"/>
          <w:p w14:paraId="6AE76645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4A4B60C6" w14:textId="77777777" w:rsidR="006458DD" w:rsidRDefault="006458DD"/>
          <w:p w14:paraId="48CC6193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63C80F7B" w14:textId="77777777" w:rsidR="006458DD" w:rsidRDefault="006458DD"/>
          <w:p w14:paraId="0D06BBAD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565A9518" w14:textId="77777777" w:rsidR="006458DD" w:rsidRDefault="006458DD"/>
          <w:p w14:paraId="6C168ADD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37DA35A0" w14:textId="77777777" w:rsidR="006458DD" w:rsidRDefault="006458DD"/>
          <w:p w14:paraId="4947FFFC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</w:tr>
      <w:tr w:rsidR="006458DD" w14:paraId="05C9E482" w14:textId="77777777">
        <w:tc>
          <w:tcPr>
            <w:tcW w:w="1930" w:type="dxa"/>
          </w:tcPr>
          <w:p w14:paraId="712C8C6B" w14:textId="77777777" w:rsidR="006458DD" w:rsidRDefault="006458DD"/>
          <w:p w14:paraId="5513E3A6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77113E07" w14:textId="77777777" w:rsidR="006458DD" w:rsidRDefault="006458DD"/>
          <w:p w14:paraId="6B8593DE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7E869944" w14:textId="77777777" w:rsidR="006458DD" w:rsidRDefault="006458DD"/>
          <w:p w14:paraId="0CB2BC05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3FE3B819" w14:textId="77777777" w:rsidR="006458DD" w:rsidRDefault="006458DD"/>
          <w:p w14:paraId="1E1A7E56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796D6841" w14:textId="77777777" w:rsidR="006458DD" w:rsidRDefault="006458DD"/>
          <w:p w14:paraId="75457C99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</w:tr>
      <w:tr w:rsidR="006458DD" w14:paraId="58B30264" w14:textId="77777777">
        <w:tc>
          <w:tcPr>
            <w:tcW w:w="1930" w:type="dxa"/>
          </w:tcPr>
          <w:p w14:paraId="2D500A7F" w14:textId="77777777" w:rsidR="006458DD" w:rsidRDefault="006458DD"/>
          <w:p w14:paraId="72AF779C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lastRenderedPageBreak/>
              <w:t xml:space="preserve"> </w:t>
            </w:r>
          </w:p>
        </w:tc>
        <w:tc>
          <w:tcPr>
            <w:tcW w:w="1930" w:type="dxa"/>
          </w:tcPr>
          <w:p w14:paraId="508C94D5" w14:textId="77777777" w:rsidR="006458DD" w:rsidRDefault="006458DD"/>
          <w:p w14:paraId="3C367E47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lastRenderedPageBreak/>
              <w:t xml:space="preserve"> </w:t>
            </w:r>
          </w:p>
        </w:tc>
        <w:tc>
          <w:tcPr>
            <w:tcW w:w="1930" w:type="dxa"/>
          </w:tcPr>
          <w:p w14:paraId="11974DE6" w14:textId="77777777" w:rsidR="006458DD" w:rsidRDefault="006458DD"/>
          <w:p w14:paraId="74943DCE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lastRenderedPageBreak/>
              <w:t xml:space="preserve"> </w:t>
            </w:r>
          </w:p>
        </w:tc>
        <w:tc>
          <w:tcPr>
            <w:tcW w:w="1930" w:type="dxa"/>
          </w:tcPr>
          <w:p w14:paraId="7613EC16" w14:textId="77777777" w:rsidR="006458DD" w:rsidRDefault="006458DD"/>
          <w:p w14:paraId="755509B1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lastRenderedPageBreak/>
              <w:t xml:space="preserve"> </w:t>
            </w:r>
          </w:p>
        </w:tc>
        <w:tc>
          <w:tcPr>
            <w:tcW w:w="1930" w:type="dxa"/>
          </w:tcPr>
          <w:p w14:paraId="5A61B553" w14:textId="77777777" w:rsidR="006458DD" w:rsidRDefault="006458DD"/>
          <w:p w14:paraId="71760BE3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lastRenderedPageBreak/>
              <w:t xml:space="preserve"> </w:t>
            </w:r>
          </w:p>
        </w:tc>
      </w:tr>
      <w:tr w:rsidR="006458DD" w14:paraId="0561AA98" w14:textId="77777777">
        <w:tc>
          <w:tcPr>
            <w:tcW w:w="1930" w:type="dxa"/>
          </w:tcPr>
          <w:p w14:paraId="666FAB24" w14:textId="77777777" w:rsidR="006458DD" w:rsidRDefault="006458DD"/>
          <w:p w14:paraId="650564BC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1AF66647" w14:textId="77777777" w:rsidR="006458DD" w:rsidRDefault="006458DD"/>
          <w:p w14:paraId="79BE6D6F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19792BA5" w14:textId="77777777" w:rsidR="006458DD" w:rsidRDefault="006458DD"/>
          <w:p w14:paraId="588C1735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116323EC" w14:textId="77777777" w:rsidR="006458DD" w:rsidRDefault="006458DD"/>
          <w:p w14:paraId="2365DC25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15BB2EE4" w14:textId="77777777" w:rsidR="006458DD" w:rsidRDefault="006458DD"/>
          <w:p w14:paraId="4902A430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</w:tr>
      <w:tr w:rsidR="006458DD" w14:paraId="3ECFB4B9" w14:textId="77777777">
        <w:tc>
          <w:tcPr>
            <w:tcW w:w="1930" w:type="dxa"/>
          </w:tcPr>
          <w:p w14:paraId="0EDA44F1" w14:textId="77777777" w:rsidR="006458DD" w:rsidRDefault="006458DD"/>
          <w:p w14:paraId="66937C1C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430D1E9B" w14:textId="77777777" w:rsidR="006458DD" w:rsidRDefault="006458DD"/>
          <w:p w14:paraId="695BF161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0748049D" w14:textId="77777777" w:rsidR="006458DD" w:rsidRDefault="006458DD"/>
          <w:p w14:paraId="70E59D80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33D8269F" w14:textId="77777777" w:rsidR="006458DD" w:rsidRDefault="006458DD"/>
          <w:p w14:paraId="064E63A1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0850BE01" w14:textId="77777777" w:rsidR="006458DD" w:rsidRDefault="006458DD"/>
          <w:p w14:paraId="1C95EDC7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</w:tr>
      <w:tr w:rsidR="006458DD" w14:paraId="68407D98" w14:textId="77777777">
        <w:tc>
          <w:tcPr>
            <w:tcW w:w="1930" w:type="dxa"/>
          </w:tcPr>
          <w:p w14:paraId="4154F759" w14:textId="77777777" w:rsidR="006458DD" w:rsidRDefault="006458DD"/>
          <w:p w14:paraId="73A1D883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22FC08DC" w14:textId="77777777" w:rsidR="006458DD" w:rsidRDefault="006458DD"/>
          <w:p w14:paraId="39ECAFB9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481E10D7" w14:textId="77777777" w:rsidR="006458DD" w:rsidRDefault="006458DD"/>
          <w:p w14:paraId="4478F0A1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6EB4393C" w14:textId="77777777" w:rsidR="006458DD" w:rsidRDefault="006458DD"/>
          <w:p w14:paraId="1304B074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35F21D25" w14:textId="77777777" w:rsidR="006458DD" w:rsidRDefault="006458DD"/>
          <w:p w14:paraId="2454E777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</w:tr>
      <w:tr w:rsidR="006458DD" w14:paraId="463F9964" w14:textId="77777777">
        <w:tc>
          <w:tcPr>
            <w:tcW w:w="1930" w:type="dxa"/>
          </w:tcPr>
          <w:p w14:paraId="0D1F275C" w14:textId="77777777" w:rsidR="006458DD" w:rsidRDefault="006458DD"/>
          <w:p w14:paraId="7F35A08D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475D40E6" w14:textId="77777777" w:rsidR="006458DD" w:rsidRDefault="006458DD"/>
          <w:p w14:paraId="5F8FA52C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24C07F39" w14:textId="77777777" w:rsidR="006458DD" w:rsidRDefault="006458DD"/>
          <w:p w14:paraId="07DD7950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5683B01A" w14:textId="77777777" w:rsidR="006458DD" w:rsidRDefault="006458DD"/>
          <w:p w14:paraId="1507BE93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6526BACF" w14:textId="77777777" w:rsidR="006458DD" w:rsidRDefault="006458DD"/>
          <w:p w14:paraId="19D973E3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</w:tr>
      <w:tr w:rsidR="006458DD" w14:paraId="3C3C6054" w14:textId="77777777">
        <w:tc>
          <w:tcPr>
            <w:tcW w:w="1930" w:type="dxa"/>
          </w:tcPr>
          <w:p w14:paraId="10EC6793" w14:textId="77777777" w:rsidR="006458DD" w:rsidRDefault="006458DD"/>
          <w:p w14:paraId="584E2880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497495E2" w14:textId="77777777" w:rsidR="006458DD" w:rsidRDefault="006458DD"/>
          <w:p w14:paraId="18A6E1B6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552DB817" w14:textId="77777777" w:rsidR="006458DD" w:rsidRDefault="006458DD"/>
          <w:p w14:paraId="55FC344E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476F6808" w14:textId="77777777" w:rsidR="006458DD" w:rsidRDefault="006458DD"/>
          <w:p w14:paraId="17F6D0A1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72AE5C2B" w14:textId="77777777" w:rsidR="006458DD" w:rsidRDefault="006458DD"/>
          <w:p w14:paraId="2612D9DB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</w:tr>
      <w:tr w:rsidR="006458DD" w14:paraId="2DE0D64E" w14:textId="77777777">
        <w:tc>
          <w:tcPr>
            <w:tcW w:w="1930" w:type="dxa"/>
          </w:tcPr>
          <w:p w14:paraId="73485213" w14:textId="77777777" w:rsidR="006458DD" w:rsidRDefault="006458DD"/>
          <w:p w14:paraId="3881A1C2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602756E2" w14:textId="77777777" w:rsidR="006458DD" w:rsidRDefault="006458DD"/>
          <w:p w14:paraId="603CF9E9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1E4C495F" w14:textId="77777777" w:rsidR="006458DD" w:rsidRDefault="006458DD"/>
          <w:p w14:paraId="6FA7804D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07F1EC0F" w14:textId="77777777" w:rsidR="006458DD" w:rsidRDefault="006458DD"/>
          <w:p w14:paraId="66F9A615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930" w:type="dxa"/>
          </w:tcPr>
          <w:p w14:paraId="12655B08" w14:textId="77777777" w:rsidR="006458DD" w:rsidRDefault="006458DD"/>
          <w:p w14:paraId="55620EDB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</w:tr>
    </w:tbl>
    <w:p w14:paraId="258A33A6" w14:textId="77777777" w:rsidR="006458DD" w:rsidRDefault="006458DD"/>
    <w:p w14:paraId="253CD355" w14:textId="77777777" w:rsidR="006458DD" w:rsidRDefault="006458DD"/>
    <w:p w14:paraId="2984364D" w14:textId="77777777" w:rsidR="006458DD" w:rsidRDefault="00000000">
      <w:pPr>
        <w:pBdr>
          <w:bottom w:val="single" w:sz="4" w:space="3" w:color="C9A84C"/>
        </w:pBdr>
        <w:spacing w:before="280" w:after="100"/>
      </w:pPr>
      <w:r>
        <w:rPr>
          <w:rFonts w:ascii="Arial" w:hAnsi="Arial"/>
          <w:b/>
          <w:color w:val="1B3A6B"/>
          <w:sz w:val="24"/>
        </w:rPr>
        <w:t>4.  Monthly summary</w:t>
      </w:r>
    </w:p>
    <w:p w14:paraId="5023FA51" w14:textId="77777777" w:rsidR="006458DD" w:rsidRDefault="00000000">
      <w:pPr>
        <w:spacing w:before="40" w:after="80"/>
        <w:jc w:val="both"/>
      </w:pPr>
      <w:r>
        <w:rPr>
          <w:rFonts w:ascii="Arial" w:hAnsi="Arial"/>
          <w:color w:val="222222"/>
          <w:sz w:val="20"/>
        </w:rPr>
        <w:t>Update this at the end of each month. The annual total gives you a clear picture of your creative practice as a financial activity — useful for grant applications that ask about your income history.</w:t>
      </w:r>
    </w:p>
    <w:p w14:paraId="0F46E72C" w14:textId="77777777" w:rsidR="006458DD" w:rsidRDefault="006458DD">
      <w:pPr>
        <w:spacing w:after="4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2"/>
        <w:gridCol w:w="2412"/>
        <w:gridCol w:w="2412"/>
        <w:gridCol w:w="2412"/>
      </w:tblGrid>
      <w:tr w:rsidR="006458DD" w14:paraId="24F7F771" w14:textId="77777777">
        <w:tc>
          <w:tcPr>
            <w:tcW w:w="2412" w:type="dxa"/>
            <w:shd w:val="clear" w:color="auto" w:fill="EEF3FA"/>
          </w:tcPr>
          <w:p w14:paraId="2E1F2C1F" w14:textId="77777777" w:rsidR="006458DD" w:rsidRDefault="006458DD"/>
          <w:p w14:paraId="7CEC7062" w14:textId="77777777" w:rsidR="006458DD" w:rsidRDefault="00000000">
            <w:pPr>
              <w:spacing w:before="60" w:after="60"/>
            </w:pPr>
            <w:r>
              <w:rPr>
                <w:rFonts w:ascii="Arial" w:hAnsi="Arial"/>
                <w:b/>
                <w:color w:val="1B3A6B"/>
                <w:sz w:val="18"/>
              </w:rPr>
              <w:t>Month</w:t>
            </w:r>
          </w:p>
        </w:tc>
        <w:tc>
          <w:tcPr>
            <w:tcW w:w="2412" w:type="dxa"/>
            <w:shd w:val="clear" w:color="auto" w:fill="EEF3FA"/>
          </w:tcPr>
          <w:p w14:paraId="15A0589D" w14:textId="77777777" w:rsidR="006458DD" w:rsidRDefault="006458DD"/>
          <w:p w14:paraId="43744000" w14:textId="77777777" w:rsidR="006458DD" w:rsidRDefault="00000000">
            <w:pPr>
              <w:spacing w:before="60" w:after="60"/>
            </w:pPr>
            <w:r>
              <w:rPr>
                <w:rFonts w:ascii="Arial" w:hAnsi="Arial"/>
                <w:b/>
                <w:color w:val="1B3A6B"/>
                <w:sz w:val="18"/>
              </w:rPr>
              <w:t>Total Income</w:t>
            </w:r>
          </w:p>
        </w:tc>
        <w:tc>
          <w:tcPr>
            <w:tcW w:w="2412" w:type="dxa"/>
            <w:shd w:val="clear" w:color="auto" w:fill="EEF3FA"/>
          </w:tcPr>
          <w:p w14:paraId="5DC805FB" w14:textId="77777777" w:rsidR="006458DD" w:rsidRDefault="006458DD"/>
          <w:p w14:paraId="5D9A610C" w14:textId="77777777" w:rsidR="006458DD" w:rsidRDefault="00000000">
            <w:pPr>
              <w:spacing w:before="60" w:after="60"/>
            </w:pPr>
            <w:r>
              <w:rPr>
                <w:rFonts w:ascii="Arial" w:hAnsi="Arial"/>
                <w:b/>
                <w:color w:val="1B3A6B"/>
                <w:sz w:val="18"/>
              </w:rPr>
              <w:t>Total Expenses</w:t>
            </w:r>
          </w:p>
        </w:tc>
        <w:tc>
          <w:tcPr>
            <w:tcW w:w="2412" w:type="dxa"/>
            <w:shd w:val="clear" w:color="auto" w:fill="EEF3FA"/>
          </w:tcPr>
          <w:p w14:paraId="0689F4A9" w14:textId="77777777" w:rsidR="006458DD" w:rsidRDefault="006458DD"/>
          <w:p w14:paraId="757BAF10" w14:textId="77777777" w:rsidR="006458DD" w:rsidRDefault="00000000">
            <w:pPr>
              <w:spacing w:before="60" w:after="60"/>
            </w:pPr>
            <w:r>
              <w:rPr>
                <w:rFonts w:ascii="Arial" w:hAnsi="Arial"/>
                <w:b/>
                <w:color w:val="1B3A6B"/>
                <w:sz w:val="18"/>
              </w:rPr>
              <w:t>Net (Income minus Expenses)</w:t>
            </w:r>
          </w:p>
        </w:tc>
      </w:tr>
      <w:tr w:rsidR="006458DD" w14:paraId="10EB513F" w14:textId="77777777">
        <w:tc>
          <w:tcPr>
            <w:tcW w:w="2412" w:type="dxa"/>
          </w:tcPr>
          <w:p w14:paraId="57DC82FD" w14:textId="77777777" w:rsidR="006458DD" w:rsidRDefault="006458DD"/>
          <w:p w14:paraId="419A150D" w14:textId="77777777" w:rsidR="006458DD" w:rsidRDefault="00000000">
            <w:pPr>
              <w:spacing w:after="240"/>
            </w:pPr>
            <w:r>
              <w:rPr>
                <w:rFonts w:ascii="Arial" w:hAnsi="Arial"/>
                <w:color w:val="222222"/>
                <w:sz w:val="19"/>
              </w:rPr>
              <w:t>January</w:t>
            </w:r>
          </w:p>
        </w:tc>
        <w:tc>
          <w:tcPr>
            <w:tcW w:w="2412" w:type="dxa"/>
          </w:tcPr>
          <w:p w14:paraId="4F267833" w14:textId="77777777" w:rsidR="006458DD" w:rsidRDefault="006458DD"/>
          <w:p w14:paraId="11DE2CA0" w14:textId="77777777" w:rsidR="006458DD" w:rsidRDefault="00000000">
            <w:pPr>
              <w:spacing w:after="240"/>
            </w:pPr>
            <w:r>
              <w:rPr>
                <w:rFonts w:ascii="Arial" w:hAnsi="Arial"/>
                <w:sz w:val="19"/>
              </w:rPr>
              <w:t xml:space="preserve"> </w:t>
            </w:r>
          </w:p>
        </w:tc>
        <w:tc>
          <w:tcPr>
            <w:tcW w:w="2412" w:type="dxa"/>
          </w:tcPr>
          <w:p w14:paraId="13629F6A" w14:textId="77777777" w:rsidR="006458DD" w:rsidRDefault="006458DD"/>
          <w:p w14:paraId="498A5C35" w14:textId="77777777" w:rsidR="006458DD" w:rsidRDefault="00000000">
            <w:pPr>
              <w:spacing w:after="240"/>
            </w:pPr>
            <w:r>
              <w:rPr>
                <w:rFonts w:ascii="Arial" w:hAnsi="Arial"/>
                <w:sz w:val="19"/>
              </w:rPr>
              <w:t xml:space="preserve"> </w:t>
            </w:r>
          </w:p>
        </w:tc>
        <w:tc>
          <w:tcPr>
            <w:tcW w:w="2412" w:type="dxa"/>
          </w:tcPr>
          <w:p w14:paraId="5C0027A8" w14:textId="77777777" w:rsidR="006458DD" w:rsidRDefault="006458DD"/>
          <w:p w14:paraId="0CFE4009" w14:textId="77777777" w:rsidR="006458DD" w:rsidRDefault="00000000">
            <w:pPr>
              <w:spacing w:after="240"/>
            </w:pPr>
            <w:r>
              <w:rPr>
                <w:rFonts w:ascii="Arial" w:hAnsi="Arial"/>
                <w:sz w:val="19"/>
              </w:rPr>
              <w:t xml:space="preserve"> </w:t>
            </w:r>
          </w:p>
        </w:tc>
      </w:tr>
      <w:tr w:rsidR="006458DD" w14:paraId="53BDAD7B" w14:textId="77777777">
        <w:tc>
          <w:tcPr>
            <w:tcW w:w="2412" w:type="dxa"/>
          </w:tcPr>
          <w:p w14:paraId="2E98854D" w14:textId="77777777" w:rsidR="006458DD" w:rsidRDefault="006458DD"/>
          <w:p w14:paraId="2C3EA348" w14:textId="77777777" w:rsidR="006458DD" w:rsidRDefault="00000000">
            <w:pPr>
              <w:spacing w:after="240"/>
            </w:pPr>
            <w:r>
              <w:rPr>
                <w:rFonts w:ascii="Arial" w:hAnsi="Arial"/>
                <w:color w:val="222222"/>
                <w:sz w:val="19"/>
              </w:rPr>
              <w:t>February</w:t>
            </w:r>
          </w:p>
        </w:tc>
        <w:tc>
          <w:tcPr>
            <w:tcW w:w="2412" w:type="dxa"/>
          </w:tcPr>
          <w:p w14:paraId="7A0ABF7E" w14:textId="77777777" w:rsidR="006458DD" w:rsidRDefault="006458DD"/>
          <w:p w14:paraId="096149C6" w14:textId="77777777" w:rsidR="006458DD" w:rsidRDefault="00000000">
            <w:pPr>
              <w:spacing w:after="240"/>
            </w:pPr>
            <w:r>
              <w:rPr>
                <w:rFonts w:ascii="Arial" w:hAnsi="Arial"/>
                <w:sz w:val="19"/>
              </w:rPr>
              <w:t xml:space="preserve"> </w:t>
            </w:r>
          </w:p>
        </w:tc>
        <w:tc>
          <w:tcPr>
            <w:tcW w:w="2412" w:type="dxa"/>
          </w:tcPr>
          <w:p w14:paraId="7457F44A" w14:textId="77777777" w:rsidR="006458DD" w:rsidRDefault="006458DD"/>
          <w:p w14:paraId="6D43A009" w14:textId="77777777" w:rsidR="006458DD" w:rsidRDefault="00000000">
            <w:pPr>
              <w:spacing w:after="240"/>
            </w:pPr>
            <w:r>
              <w:rPr>
                <w:rFonts w:ascii="Arial" w:hAnsi="Arial"/>
                <w:sz w:val="19"/>
              </w:rPr>
              <w:t xml:space="preserve"> </w:t>
            </w:r>
          </w:p>
        </w:tc>
        <w:tc>
          <w:tcPr>
            <w:tcW w:w="2412" w:type="dxa"/>
          </w:tcPr>
          <w:p w14:paraId="565F5B80" w14:textId="77777777" w:rsidR="006458DD" w:rsidRDefault="006458DD"/>
          <w:p w14:paraId="23461C70" w14:textId="77777777" w:rsidR="006458DD" w:rsidRDefault="00000000">
            <w:pPr>
              <w:spacing w:after="240"/>
            </w:pPr>
            <w:r>
              <w:rPr>
                <w:rFonts w:ascii="Arial" w:hAnsi="Arial"/>
                <w:sz w:val="19"/>
              </w:rPr>
              <w:t xml:space="preserve"> </w:t>
            </w:r>
          </w:p>
        </w:tc>
      </w:tr>
      <w:tr w:rsidR="006458DD" w14:paraId="1B3C59D9" w14:textId="77777777">
        <w:tc>
          <w:tcPr>
            <w:tcW w:w="2412" w:type="dxa"/>
          </w:tcPr>
          <w:p w14:paraId="2EB53BC0" w14:textId="77777777" w:rsidR="006458DD" w:rsidRDefault="006458DD"/>
          <w:p w14:paraId="79C1F616" w14:textId="77777777" w:rsidR="006458DD" w:rsidRDefault="00000000">
            <w:pPr>
              <w:spacing w:after="240"/>
            </w:pPr>
            <w:r>
              <w:rPr>
                <w:rFonts w:ascii="Arial" w:hAnsi="Arial"/>
                <w:color w:val="222222"/>
                <w:sz w:val="19"/>
              </w:rPr>
              <w:t>March</w:t>
            </w:r>
          </w:p>
        </w:tc>
        <w:tc>
          <w:tcPr>
            <w:tcW w:w="2412" w:type="dxa"/>
          </w:tcPr>
          <w:p w14:paraId="210A92D2" w14:textId="77777777" w:rsidR="006458DD" w:rsidRDefault="006458DD"/>
          <w:p w14:paraId="2DAF3A43" w14:textId="77777777" w:rsidR="006458DD" w:rsidRDefault="00000000">
            <w:pPr>
              <w:spacing w:after="240"/>
            </w:pPr>
            <w:r>
              <w:rPr>
                <w:rFonts w:ascii="Arial" w:hAnsi="Arial"/>
                <w:sz w:val="19"/>
              </w:rPr>
              <w:t xml:space="preserve"> </w:t>
            </w:r>
          </w:p>
        </w:tc>
        <w:tc>
          <w:tcPr>
            <w:tcW w:w="2412" w:type="dxa"/>
          </w:tcPr>
          <w:p w14:paraId="365AEA1E" w14:textId="77777777" w:rsidR="006458DD" w:rsidRDefault="006458DD"/>
          <w:p w14:paraId="58D44934" w14:textId="77777777" w:rsidR="006458DD" w:rsidRDefault="00000000">
            <w:pPr>
              <w:spacing w:after="240"/>
            </w:pPr>
            <w:r>
              <w:rPr>
                <w:rFonts w:ascii="Arial" w:hAnsi="Arial"/>
                <w:sz w:val="19"/>
              </w:rPr>
              <w:t xml:space="preserve"> </w:t>
            </w:r>
          </w:p>
        </w:tc>
        <w:tc>
          <w:tcPr>
            <w:tcW w:w="2412" w:type="dxa"/>
          </w:tcPr>
          <w:p w14:paraId="63093498" w14:textId="77777777" w:rsidR="006458DD" w:rsidRDefault="006458DD"/>
          <w:p w14:paraId="733389DA" w14:textId="77777777" w:rsidR="006458DD" w:rsidRDefault="00000000">
            <w:pPr>
              <w:spacing w:after="240"/>
            </w:pPr>
            <w:r>
              <w:rPr>
                <w:rFonts w:ascii="Arial" w:hAnsi="Arial"/>
                <w:sz w:val="19"/>
              </w:rPr>
              <w:t xml:space="preserve"> </w:t>
            </w:r>
          </w:p>
        </w:tc>
      </w:tr>
      <w:tr w:rsidR="006458DD" w14:paraId="3EF835E5" w14:textId="77777777">
        <w:tc>
          <w:tcPr>
            <w:tcW w:w="2412" w:type="dxa"/>
          </w:tcPr>
          <w:p w14:paraId="754F91CD" w14:textId="77777777" w:rsidR="006458DD" w:rsidRDefault="006458DD"/>
          <w:p w14:paraId="0899599D" w14:textId="77777777" w:rsidR="006458DD" w:rsidRDefault="00000000">
            <w:pPr>
              <w:spacing w:after="240"/>
            </w:pPr>
            <w:r>
              <w:rPr>
                <w:rFonts w:ascii="Arial" w:hAnsi="Arial"/>
                <w:color w:val="222222"/>
                <w:sz w:val="19"/>
              </w:rPr>
              <w:t>April</w:t>
            </w:r>
          </w:p>
        </w:tc>
        <w:tc>
          <w:tcPr>
            <w:tcW w:w="2412" w:type="dxa"/>
          </w:tcPr>
          <w:p w14:paraId="7E0FA47D" w14:textId="77777777" w:rsidR="006458DD" w:rsidRDefault="006458DD"/>
          <w:p w14:paraId="3926420D" w14:textId="77777777" w:rsidR="006458DD" w:rsidRDefault="00000000">
            <w:pPr>
              <w:spacing w:after="240"/>
            </w:pPr>
            <w:r>
              <w:rPr>
                <w:rFonts w:ascii="Arial" w:hAnsi="Arial"/>
                <w:sz w:val="19"/>
              </w:rPr>
              <w:t xml:space="preserve"> </w:t>
            </w:r>
          </w:p>
        </w:tc>
        <w:tc>
          <w:tcPr>
            <w:tcW w:w="2412" w:type="dxa"/>
          </w:tcPr>
          <w:p w14:paraId="0BC0C345" w14:textId="77777777" w:rsidR="006458DD" w:rsidRDefault="006458DD"/>
          <w:p w14:paraId="7D0FD9AC" w14:textId="77777777" w:rsidR="006458DD" w:rsidRDefault="00000000">
            <w:pPr>
              <w:spacing w:after="240"/>
            </w:pPr>
            <w:r>
              <w:rPr>
                <w:rFonts w:ascii="Arial" w:hAnsi="Arial"/>
                <w:sz w:val="19"/>
              </w:rPr>
              <w:t xml:space="preserve"> </w:t>
            </w:r>
          </w:p>
        </w:tc>
        <w:tc>
          <w:tcPr>
            <w:tcW w:w="2412" w:type="dxa"/>
          </w:tcPr>
          <w:p w14:paraId="641E90BF" w14:textId="77777777" w:rsidR="006458DD" w:rsidRDefault="006458DD"/>
          <w:p w14:paraId="03A3D392" w14:textId="77777777" w:rsidR="006458DD" w:rsidRDefault="00000000">
            <w:pPr>
              <w:spacing w:after="240"/>
            </w:pPr>
            <w:r>
              <w:rPr>
                <w:rFonts w:ascii="Arial" w:hAnsi="Arial"/>
                <w:sz w:val="19"/>
              </w:rPr>
              <w:t xml:space="preserve"> </w:t>
            </w:r>
          </w:p>
        </w:tc>
      </w:tr>
      <w:tr w:rsidR="006458DD" w14:paraId="64F0DC79" w14:textId="77777777">
        <w:tc>
          <w:tcPr>
            <w:tcW w:w="2412" w:type="dxa"/>
          </w:tcPr>
          <w:p w14:paraId="53387253" w14:textId="77777777" w:rsidR="006458DD" w:rsidRDefault="006458DD"/>
          <w:p w14:paraId="3786B5B7" w14:textId="77777777" w:rsidR="006458DD" w:rsidRDefault="00000000">
            <w:pPr>
              <w:spacing w:after="240"/>
            </w:pPr>
            <w:r>
              <w:rPr>
                <w:rFonts w:ascii="Arial" w:hAnsi="Arial"/>
                <w:color w:val="222222"/>
                <w:sz w:val="19"/>
              </w:rPr>
              <w:t>May</w:t>
            </w:r>
          </w:p>
        </w:tc>
        <w:tc>
          <w:tcPr>
            <w:tcW w:w="2412" w:type="dxa"/>
          </w:tcPr>
          <w:p w14:paraId="45F605F9" w14:textId="77777777" w:rsidR="006458DD" w:rsidRDefault="006458DD"/>
          <w:p w14:paraId="0A4FE8CB" w14:textId="77777777" w:rsidR="006458DD" w:rsidRDefault="00000000">
            <w:pPr>
              <w:spacing w:after="240"/>
            </w:pPr>
            <w:r>
              <w:rPr>
                <w:rFonts w:ascii="Arial" w:hAnsi="Arial"/>
                <w:sz w:val="19"/>
              </w:rPr>
              <w:t xml:space="preserve"> </w:t>
            </w:r>
          </w:p>
        </w:tc>
        <w:tc>
          <w:tcPr>
            <w:tcW w:w="2412" w:type="dxa"/>
          </w:tcPr>
          <w:p w14:paraId="36A2643A" w14:textId="77777777" w:rsidR="006458DD" w:rsidRDefault="006458DD"/>
          <w:p w14:paraId="0EEBCC8E" w14:textId="77777777" w:rsidR="006458DD" w:rsidRDefault="00000000">
            <w:pPr>
              <w:spacing w:after="240"/>
            </w:pPr>
            <w:r>
              <w:rPr>
                <w:rFonts w:ascii="Arial" w:hAnsi="Arial"/>
                <w:sz w:val="19"/>
              </w:rPr>
              <w:t xml:space="preserve"> </w:t>
            </w:r>
          </w:p>
        </w:tc>
        <w:tc>
          <w:tcPr>
            <w:tcW w:w="2412" w:type="dxa"/>
          </w:tcPr>
          <w:p w14:paraId="07132201" w14:textId="77777777" w:rsidR="006458DD" w:rsidRDefault="006458DD"/>
          <w:p w14:paraId="040C3F9B" w14:textId="77777777" w:rsidR="006458DD" w:rsidRDefault="00000000">
            <w:pPr>
              <w:spacing w:after="240"/>
            </w:pPr>
            <w:r>
              <w:rPr>
                <w:rFonts w:ascii="Arial" w:hAnsi="Arial"/>
                <w:sz w:val="19"/>
              </w:rPr>
              <w:t xml:space="preserve"> </w:t>
            </w:r>
          </w:p>
        </w:tc>
      </w:tr>
      <w:tr w:rsidR="006458DD" w14:paraId="24A0105B" w14:textId="77777777">
        <w:tc>
          <w:tcPr>
            <w:tcW w:w="2412" w:type="dxa"/>
          </w:tcPr>
          <w:p w14:paraId="0746EC85" w14:textId="77777777" w:rsidR="006458DD" w:rsidRDefault="006458DD"/>
          <w:p w14:paraId="46EC66A2" w14:textId="77777777" w:rsidR="006458DD" w:rsidRDefault="00000000">
            <w:pPr>
              <w:spacing w:after="240"/>
            </w:pPr>
            <w:r>
              <w:rPr>
                <w:rFonts w:ascii="Arial" w:hAnsi="Arial"/>
                <w:color w:val="222222"/>
                <w:sz w:val="19"/>
              </w:rPr>
              <w:t>June</w:t>
            </w:r>
          </w:p>
        </w:tc>
        <w:tc>
          <w:tcPr>
            <w:tcW w:w="2412" w:type="dxa"/>
          </w:tcPr>
          <w:p w14:paraId="762A3728" w14:textId="77777777" w:rsidR="006458DD" w:rsidRDefault="006458DD"/>
          <w:p w14:paraId="4C92DF5C" w14:textId="77777777" w:rsidR="006458DD" w:rsidRDefault="00000000">
            <w:pPr>
              <w:spacing w:after="240"/>
            </w:pPr>
            <w:r>
              <w:rPr>
                <w:rFonts w:ascii="Arial" w:hAnsi="Arial"/>
                <w:sz w:val="19"/>
              </w:rPr>
              <w:t xml:space="preserve"> </w:t>
            </w:r>
          </w:p>
        </w:tc>
        <w:tc>
          <w:tcPr>
            <w:tcW w:w="2412" w:type="dxa"/>
          </w:tcPr>
          <w:p w14:paraId="398FA091" w14:textId="77777777" w:rsidR="006458DD" w:rsidRDefault="006458DD"/>
          <w:p w14:paraId="560FB3D7" w14:textId="77777777" w:rsidR="006458DD" w:rsidRDefault="00000000">
            <w:pPr>
              <w:spacing w:after="240"/>
            </w:pPr>
            <w:r>
              <w:rPr>
                <w:rFonts w:ascii="Arial" w:hAnsi="Arial"/>
                <w:sz w:val="19"/>
              </w:rPr>
              <w:t xml:space="preserve"> </w:t>
            </w:r>
          </w:p>
        </w:tc>
        <w:tc>
          <w:tcPr>
            <w:tcW w:w="2412" w:type="dxa"/>
          </w:tcPr>
          <w:p w14:paraId="33731ECA" w14:textId="77777777" w:rsidR="006458DD" w:rsidRDefault="006458DD"/>
          <w:p w14:paraId="6271037F" w14:textId="77777777" w:rsidR="006458DD" w:rsidRDefault="00000000">
            <w:pPr>
              <w:spacing w:after="240"/>
            </w:pPr>
            <w:r>
              <w:rPr>
                <w:rFonts w:ascii="Arial" w:hAnsi="Arial"/>
                <w:sz w:val="19"/>
              </w:rPr>
              <w:t xml:space="preserve"> </w:t>
            </w:r>
          </w:p>
        </w:tc>
      </w:tr>
      <w:tr w:rsidR="006458DD" w14:paraId="5ECF6271" w14:textId="77777777">
        <w:tc>
          <w:tcPr>
            <w:tcW w:w="2412" w:type="dxa"/>
          </w:tcPr>
          <w:p w14:paraId="2BA03825" w14:textId="77777777" w:rsidR="006458DD" w:rsidRDefault="006458DD"/>
          <w:p w14:paraId="3C96A90D" w14:textId="77777777" w:rsidR="006458DD" w:rsidRDefault="00000000">
            <w:pPr>
              <w:spacing w:after="240"/>
            </w:pPr>
            <w:r>
              <w:rPr>
                <w:rFonts w:ascii="Arial" w:hAnsi="Arial"/>
                <w:color w:val="222222"/>
                <w:sz w:val="19"/>
              </w:rPr>
              <w:lastRenderedPageBreak/>
              <w:t>July</w:t>
            </w:r>
          </w:p>
        </w:tc>
        <w:tc>
          <w:tcPr>
            <w:tcW w:w="2412" w:type="dxa"/>
          </w:tcPr>
          <w:p w14:paraId="7AE027BE" w14:textId="77777777" w:rsidR="006458DD" w:rsidRDefault="006458DD"/>
          <w:p w14:paraId="0461A3EE" w14:textId="77777777" w:rsidR="006458DD" w:rsidRDefault="00000000">
            <w:pPr>
              <w:spacing w:after="240"/>
            </w:pPr>
            <w:r>
              <w:rPr>
                <w:rFonts w:ascii="Arial" w:hAnsi="Arial"/>
                <w:sz w:val="19"/>
              </w:rPr>
              <w:lastRenderedPageBreak/>
              <w:t xml:space="preserve"> </w:t>
            </w:r>
          </w:p>
        </w:tc>
        <w:tc>
          <w:tcPr>
            <w:tcW w:w="2412" w:type="dxa"/>
          </w:tcPr>
          <w:p w14:paraId="30DA9756" w14:textId="77777777" w:rsidR="006458DD" w:rsidRDefault="006458DD"/>
          <w:p w14:paraId="4CEC88B8" w14:textId="77777777" w:rsidR="006458DD" w:rsidRDefault="00000000">
            <w:pPr>
              <w:spacing w:after="240"/>
            </w:pPr>
            <w:r>
              <w:rPr>
                <w:rFonts w:ascii="Arial" w:hAnsi="Arial"/>
                <w:sz w:val="19"/>
              </w:rPr>
              <w:lastRenderedPageBreak/>
              <w:t xml:space="preserve"> </w:t>
            </w:r>
          </w:p>
        </w:tc>
        <w:tc>
          <w:tcPr>
            <w:tcW w:w="2412" w:type="dxa"/>
          </w:tcPr>
          <w:p w14:paraId="2945E9D0" w14:textId="77777777" w:rsidR="006458DD" w:rsidRDefault="006458DD"/>
          <w:p w14:paraId="7A27AAC6" w14:textId="77777777" w:rsidR="006458DD" w:rsidRDefault="00000000">
            <w:pPr>
              <w:spacing w:after="240"/>
            </w:pPr>
            <w:r>
              <w:rPr>
                <w:rFonts w:ascii="Arial" w:hAnsi="Arial"/>
                <w:sz w:val="19"/>
              </w:rPr>
              <w:lastRenderedPageBreak/>
              <w:t xml:space="preserve"> </w:t>
            </w:r>
          </w:p>
        </w:tc>
      </w:tr>
      <w:tr w:rsidR="006458DD" w14:paraId="4B79E71D" w14:textId="77777777">
        <w:tc>
          <w:tcPr>
            <w:tcW w:w="2412" w:type="dxa"/>
          </w:tcPr>
          <w:p w14:paraId="55007446" w14:textId="77777777" w:rsidR="006458DD" w:rsidRDefault="006458DD"/>
          <w:p w14:paraId="0D797880" w14:textId="77777777" w:rsidR="006458DD" w:rsidRDefault="00000000">
            <w:pPr>
              <w:spacing w:after="240"/>
            </w:pPr>
            <w:r>
              <w:rPr>
                <w:rFonts w:ascii="Arial" w:hAnsi="Arial"/>
                <w:color w:val="222222"/>
                <w:sz w:val="19"/>
              </w:rPr>
              <w:t>August</w:t>
            </w:r>
          </w:p>
        </w:tc>
        <w:tc>
          <w:tcPr>
            <w:tcW w:w="2412" w:type="dxa"/>
          </w:tcPr>
          <w:p w14:paraId="08107C87" w14:textId="77777777" w:rsidR="006458DD" w:rsidRDefault="006458DD"/>
          <w:p w14:paraId="7B85F917" w14:textId="77777777" w:rsidR="006458DD" w:rsidRDefault="00000000">
            <w:pPr>
              <w:spacing w:after="240"/>
            </w:pPr>
            <w:r>
              <w:rPr>
                <w:rFonts w:ascii="Arial" w:hAnsi="Arial"/>
                <w:sz w:val="19"/>
              </w:rPr>
              <w:t xml:space="preserve"> </w:t>
            </w:r>
          </w:p>
        </w:tc>
        <w:tc>
          <w:tcPr>
            <w:tcW w:w="2412" w:type="dxa"/>
          </w:tcPr>
          <w:p w14:paraId="5DB1F472" w14:textId="77777777" w:rsidR="006458DD" w:rsidRDefault="006458DD"/>
          <w:p w14:paraId="0EFB9475" w14:textId="77777777" w:rsidR="006458DD" w:rsidRDefault="00000000">
            <w:pPr>
              <w:spacing w:after="240"/>
            </w:pPr>
            <w:r>
              <w:rPr>
                <w:rFonts w:ascii="Arial" w:hAnsi="Arial"/>
                <w:sz w:val="19"/>
              </w:rPr>
              <w:t xml:space="preserve"> </w:t>
            </w:r>
          </w:p>
        </w:tc>
        <w:tc>
          <w:tcPr>
            <w:tcW w:w="2412" w:type="dxa"/>
          </w:tcPr>
          <w:p w14:paraId="647AF437" w14:textId="77777777" w:rsidR="006458DD" w:rsidRDefault="006458DD"/>
          <w:p w14:paraId="5BF7C629" w14:textId="77777777" w:rsidR="006458DD" w:rsidRDefault="00000000">
            <w:pPr>
              <w:spacing w:after="240"/>
            </w:pPr>
            <w:r>
              <w:rPr>
                <w:rFonts w:ascii="Arial" w:hAnsi="Arial"/>
                <w:sz w:val="19"/>
              </w:rPr>
              <w:t xml:space="preserve"> </w:t>
            </w:r>
          </w:p>
        </w:tc>
      </w:tr>
      <w:tr w:rsidR="006458DD" w14:paraId="0431F506" w14:textId="77777777">
        <w:tc>
          <w:tcPr>
            <w:tcW w:w="2412" w:type="dxa"/>
          </w:tcPr>
          <w:p w14:paraId="1EA423AC" w14:textId="77777777" w:rsidR="006458DD" w:rsidRDefault="006458DD"/>
          <w:p w14:paraId="19F932B0" w14:textId="77777777" w:rsidR="006458DD" w:rsidRDefault="00000000">
            <w:pPr>
              <w:spacing w:after="240"/>
            </w:pPr>
            <w:r>
              <w:rPr>
                <w:rFonts w:ascii="Arial" w:hAnsi="Arial"/>
                <w:color w:val="222222"/>
                <w:sz w:val="19"/>
              </w:rPr>
              <w:t>September</w:t>
            </w:r>
          </w:p>
        </w:tc>
        <w:tc>
          <w:tcPr>
            <w:tcW w:w="2412" w:type="dxa"/>
          </w:tcPr>
          <w:p w14:paraId="081A3C11" w14:textId="77777777" w:rsidR="006458DD" w:rsidRDefault="006458DD"/>
          <w:p w14:paraId="717F1F81" w14:textId="77777777" w:rsidR="006458DD" w:rsidRDefault="00000000">
            <w:pPr>
              <w:spacing w:after="240"/>
            </w:pPr>
            <w:r>
              <w:rPr>
                <w:rFonts w:ascii="Arial" w:hAnsi="Arial"/>
                <w:sz w:val="19"/>
              </w:rPr>
              <w:t xml:space="preserve"> </w:t>
            </w:r>
          </w:p>
        </w:tc>
        <w:tc>
          <w:tcPr>
            <w:tcW w:w="2412" w:type="dxa"/>
          </w:tcPr>
          <w:p w14:paraId="34E89512" w14:textId="77777777" w:rsidR="006458DD" w:rsidRDefault="006458DD"/>
          <w:p w14:paraId="59AB9B18" w14:textId="77777777" w:rsidR="006458DD" w:rsidRDefault="00000000">
            <w:pPr>
              <w:spacing w:after="240"/>
            </w:pPr>
            <w:r>
              <w:rPr>
                <w:rFonts w:ascii="Arial" w:hAnsi="Arial"/>
                <w:sz w:val="19"/>
              </w:rPr>
              <w:t xml:space="preserve"> </w:t>
            </w:r>
          </w:p>
        </w:tc>
        <w:tc>
          <w:tcPr>
            <w:tcW w:w="2412" w:type="dxa"/>
          </w:tcPr>
          <w:p w14:paraId="2769D378" w14:textId="77777777" w:rsidR="006458DD" w:rsidRDefault="006458DD"/>
          <w:p w14:paraId="21E25DB7" w14:textId="77777777" w:rsidR="006458DD" w:rsidRDefault="00000000">
            <w:pPr>
              <w:spacing w:after="240"/>
            </w:pPr>
            <w:r>
              <w:rPr>
                <w:rFonts w:ascii="Arial" w:hAnsi="Arial"/>
                <w:sz w:val="19"/>
              </w:rPr>
              <w:t xml:space="preserve"> </w:t>
            </w:r>
          </w:p>
        </w:tc>
      </w:tr>
      <w:tr w:rsidR="006458DD" w14:paraId="00583F46" w14:textId="77777777">
        <w:tc>
          <w:tcPr>
            <w:tcW w:w="2412" w:type="dxa"/>
          </w:tcPr>
          <w:p w14:paraId="0B919BDC" w14:textId="77777777" w:rsidR="006458DD" w:rsidRDefault="006458DD"/>
          <w:p w14:paraId="6C14EEA2" w14:textId="77777777" w:rsidR="006458DD" w:rsidRDefault="00000000">
            <w:pPr>
              <w:spacing w:after="240"/>
            </w:pPr>
            <w:r>
              <w:rPr>
                <w:rFonts w:ascii="Arial" w:hAnsi="Arial"/>
                <w:color w:val="222222"/>
                <w:sz w:val="19"/>
              </w:rPr>
              <w:t>October</w:t>
            </w:r>
          </w:p>
        </w:tc>
        <w:tc>
          <w:tcPr>
            <w:tcW w:w="2412" w:type="dxa"/>
          </w:tcPr>
          <w:p w14:paraId="7A13A107" w14:textId="77777777" w:rsidR="006458DD" w:rsidRDefault="006458DD"/>
          <w:p w14:paraId="5E158433" w14:textId="77777777" w:rsidR="006458DD" w:rsidRDefault="00000000">
            <w:pPr>
              <w:spacing w:after="240"/>
            </w:pPr>
            <w:r>
              <w:rPr>
                <w:rFonts w:ascii="Arial" w:hAnsi="Arial"/>
                <w:sz w:val="19"/>
              </w:rPr>
              <w:t xml:space="preserve"> </w:t>
            </w:r>
          </w:p>
        </w:tc>
        <w:tc>
          <w:tcPr>
            <w:tcW w:w="2412" w:type="dxa"/>
          </w:tcPr>
          <w:p w14:paraId="7A7D7FB3" w14:textId="77777777" w:rsidR="006458DD" w:rsidRDefault="006458DD"/>
          <w:p w14:paraId="3B98FACD" w14:textId="77777777" w:rsidR="006458DD" w:rsidRDefault="00000000">
            <w:pPr>
              <w:spacing w:after="240"/>
            </w:pPr>
            <w:r>
              <w:rPr>
                <w:rFonts w:ascii="Arial" w:hAnsi="Arial"/>
                <w:sz w:val="19"/>
              </w:rPr>
              <w:t xml:space="preserve"> </w:t>
            </w:r>
          </w:p>
        </w:tc>
        <w:tc>
          <w:tcPr>
            <w:tcW w:w="2412" w:type="dxa"/>
          </w:tcPr>
          <w:p w14:paraId="76DA5F37" w14:textId="77777777" w:rsidR="006458DD" w:rsidRDefault="006458DD"/>
          <w:p w14:paraId="3283AB88" w14:textId="77777777" w:rsidR="006458DD" w:rsidRDefault="00000000">
            <w:pPr>
              <w:spacing w:after="240"/>
            </w:pPr>
            <w:r>
              <w:rPr>
                <w:rFonts w:ascii="Arial" w:hAnsi="Arial"/>
                <w:sz w:val="19"/>
              </w:rPr>
              <w:t xml:space="preserve"> </w:t>
            </w:r>
          </w:p>
        </w:tc>
      </w:tr>
      <w:tr w:rsidR="006458DD" w14:paraId="4EE3C018" w14:textId="77777777">
        <w:tc>
          <w:tcPr>
            <w:tcW w:w="2412" w:type="dxa"/>
          </w:tcPr>
          <w:p w14:paraId="5480231D" w14:textId="77777777" w:rsidR="006458DD" w:rsidRDefault="006458DD"/>
          <w:p w14:paraId="52D002B3" w14:textId="77777777" w:rsidR="006458DD" w:rsidRDefault="00000000">
            <w:pPr>
              <w:spacing w:after="240"/>
            </w:pPr>
            <w:r>
              <w:rPr>
                <w:rFonts w:ascii="Arial" w:hAnsi="Arial"/>
                <w:color w:val="222222"/>
                <w:sz w:val="19"/>
              </w:rPr>
              <w:t>November</w:t>
            </w:r>
          </w:p>
        </w:tc>
        <w:tc>
          <w:tcPr>
            <w:tcW w:w="2412" w:type="dxa"/>
          </w:tcPr>
          <w:p w14:paraId="11047C39" w14:textId="77777777" w:rsidR="006458DD" w:rsidRDefault="006458DD"/>
          <w:p w14:paraId="741E5F76" w14:textId="77777777" w:rsidR="006458DD" w:rsidRDefault="00000000">
            <w:pPr>
              <w:spacing w:after="240"/>
            </w:pPr>
            <w:r>
              <w:rPr>
                <w:rFonts w:ascii="Arial" w:hAnsi="Arial"/>
                <w:sz w:val="19"/>
              </w:rPr>
              <w:t xml:space="preserve"> </w:t>
            </w:r>
          </w:p>
        </w:tc>
        <w:tc>
          <w:tcPr>
            <w:tcW w:w="2412" w:type="dxa"/>
          </w:tcPr>
          <w:p w14:paraId="4C411A04" w14:textId="77777777" w:rsidR="006458DD" w:rsidRDefault="006458DD"/>
          <w:p w14:paraId="788FF7DF" w14:textId="77777777" w:rsidR="006458DD" w:rsidRDefault="00000000">
            <w:pPr>
              <w:spacing w:after="240"/>
            </w:pPr>
            <w:r>
              <w:rPr>
                <w:rFonts w:ascii="Arial" w:hAnsi="Arial"/>
                <w:sz w:val="19"/>
              </w:rPr>
              <w:t xml:space="preserve"> </w:t>
            </w:r>
          </w:p>
        </w:tc>
        <w:tc>
          <w:tcPr>
            <w:tcW w:w="2412" w:type="dxa"/>
          </w:tcPr>
          <w:p w14:paraId="46251FD8" w14:textId="77777777" w:rsidR="006458DD" w:rsidRDefault="006458DD"/>
          <w:p w14:paraId="194388CC" w14:textId="77777777" w:rsidR="006458DD" w:rsidRDefault="00000000">
            <w:pPr>
              <w:spacing w:after="240"/>
            </w:pPr>
            <w:r>
              <w:rPr>
                <w:rFonts w:ascii="Arial" w:hAnsi="Arial"/>
                <w:sz w:val="19"/>
              </w:rPr>
              <w:t xml:space="preserve"> </w:t>
            </w:r>
          </w:p>
        </w:tc>
      </w:tr>
      <w:tr w:rsidR="006458DD" w14:paraId="075F7059" w14:textId="77777777">
        <w:tc>
          <w:tcPr>
            <w:tcW w:w="2412" w:type="dxa"/>
          </w:tcPr>
          <w:p w14:paraId="124D2539" w14:textId="77777777" w:rsidR="006458DD" w:rsidRDefault="006458DD"/>
          <w:p w14:paraId="3499C0A4" w14:textId="77777777" w:rsidR="006458DD" w:rsidRDefault="00000000">
            <w:pPr>
              <w:spacing w:after="240"/>
            </w:pPr>
            <w:r>
              <w:rPr>
                <w:rFonts w:ascii="Arial" w:hAnsi="Arial"/>
                <w:color w:val="222222"/>
                <w:sz w:val="19"/>
              </w:rPr>
              <w:t>December</w:t>
            </w:r>
          </w:p>
        </w:tc>
        <w:tc>
          <w:tcPr>
            <w:tcW w:w="2412" w:type="dxa"/>
          </w:tcPr>
          <w:p w14:paraId="0980319E" w14:textId="77777777" w:rsidR="006458DD" w:rsidRDefault="006458DD"/>
          <w:p w14:paraId="15FC2C4E" w14:textId="77777777" w:rsidR="006458DD" w:rsidRDefault="00000000">
            <w:pPr>
              <w:spacing w:after="240"/>
            </w:pPr>
            <w:r>
              <w:rPr>
                <w:rFonts w:ascii="Arial" w:hAnsi="Arial"/>
                <w:sz w:val="19"/>
              </w:rPr>
              <w:t xml:space="preserve"> </w:t>
            </w:r>
          </w:p>
        </w:tc>
        <w:tc>
          <w:tcPr>
            <w:tcW w:w="2412" w:type="dxa"/>
          </w:tcPr>
          <w:p w14:paraId="063C5EC4" w14:textId="77777777" w:rsidR="006458DD" w:rsidRDefault="006458DD"/>
          <w:p w14:paraId="550C420B" w14:textId="77777777" w:rsidR="006458DD" w:rsidRDefault="00000000">
            <w:pPr>
              <w:spacing w:after="240"/>
            </w:pPr>
            <w:r>
              <w:rPr>
                <w:rFonts w:ascii="Arial" w:hAnsi="Arial"/>
                <w:sz w:val="19"/>
              </w:rPr>
              <w:t xml:space="preserve"> </w:t>
            </w:r>
          </w:p>
        </w:tc>
        <w:tc>
          <w:tcPr>
            <w:tcW w:w="2412" w:type="dxa"/>
          </w:tcPr>
          <w:p w14:paraId="524E8CB7" w14:textId="77777777" w:rsidR="006458DD" w:rsidRDefault="006458DD"/>
          <w:p w14:paraId="2A7937D3" w14:textId="77777777" w:rsidR="006458DD" w:rsidRDefault="00000000">
            <w:pPr>
              <w:spacing w:after="240"/>
            </w:pPr>
            <w:r>
              <w:rPr>
                <w:rFonts w:ascii="Arial" w:hAnsi="Arial"/>
                <w:sz w:val="19"/>
              </w:rPr>
              <w:t xml:space="preserve"> </w:t>
            </w:r>
          </w:p>
        </w:tc>
      </w:tr>
      <w:tr w:rsidR="006458DD" w14:paraId="33880D97" w14:textId="77777777">
        <w:tc>
          <w:tcPr>
            <w:tcW w:w="2412" w:type="dxa"/>
            <w:shd w:val="clear" w:color="auto" w:fill="EEF3FA"/>
          </w:tcPr>
          <w:p w14:paraId="7365BFE0" w14:textId="77777777" w:rsidR="006458DD" w:rsidRDefault="006458DD"/>
          <w:p w14:paraId="217EE166" w14:textId="77777777" w:rsidR="006458DD" w:rsidRDefault="00000000">
            <w:pPr>
              <w:spacing w:after="240"/>
            </w:pPr>
            <w:r>
              <w:rPr>
                <w:rFonts w:ascii="Arial" w:hAnsi="Arial"/>
                <w:b/>
                <w:color w:val="1B3A6B"/>
                <w:sz w:val="19"/>
              </w:rPr>
              <w:t>Annual Total</w:t>
            </w:r>
          </w:p>
        </w:tc>
        <w:tc>
          <w:tcPr>
            <w:tcW w:w="2412" w:type="dxa"/>
            <w:shd w:val="clear" w:color="auto" w:fill="EEF3FA"/>
          </w:tcPr>
          <w:p w14:paraId="1B99C49F" w14:textId="77777777" w:rsidR="006458DD" w:rsidRDefault="006458DD"/>
          <w:p w14:paraId="7518D4EF" w14:textId="77777777" w:rsidR="006458DD" w:rsidRDefault="00000000">
            <w:pPr>
              <w:spacing w:after="240"/>
            </w:pPr>
            <w:r>
              <w:rPr>
                <w:rFonts w:ascii="Arial" w:hAnsi="Arial"/>
                <w:sz w:val="19"/>
              </w:rPr>
              <w:t xml:space="preserve"> </w:t>
            </w:r>
          </w:p>
        </w:tc>
        <w:tc>
          <w:tcPr>
            <w:tcW w:w="2412" w:type="dxa"/>
            <w:shd w:val="clear" w:color="auto" w:fill="EEF3FA"/>
          </w:tcPr>
          <w:p w14:paraId="54ADD879" w14:textId="77777777" w:rsidR="006458DD" w:rsidRDefault="006458DD"/>
          <w:p w14:paraId="2C567958" w14:textId="77777777" w:rsidR="006458DD" w:rsidRDefault="00000000">
            <w:pPr>
              <w:spacing w:after="240"/>
            </w:pPr>
            <w:r>
              <w:rPr>
                <w:rFonts w:ascii="Arial" w:hAnsi="Arial"/>
                <w:sz w:val="19"/>
              </w:rPr>
              <w:t xml:space="preserve"> </w:t>
            </w:r>
          </w:p>
        </w:tc>
        <w:tc>
          <w:tcPr>
            <w:tcW w:w="2412" w:type="dxa"/>
            <w:shd w:val="clear" w:color="auto" w:fill="EEF3FA"/>
          </w:tcPr>
          <w:p w14:paraId="0C79E137" w14:textId="77777777" w:rsidR="006458DD" w:rsidRDefault="006458DD"/>
          <w:p w14:paraId="3AC1AFF5" w14:textId="77777777" w:rsidR="006458DD" w:rsidRDefault="00000000">
            <w:pPr>
              <w:spacing w:after="240"/>
            </w:pPr>
            <w:r>
              <w:rPr>
                <w:rFonts w:ascii="Arial" w:hAnsi="Arial"/>
                <w:sz w:val="19"/>
              </w:rPr>
              <w:t xml:space="preserve"> </w:t>
            </w:r>
          </w:p>
        </w:tc>
      </w:tr>
    </w:tbl>
    <w:p w14:paraId="057E2D8E" w14:textId="77777777" w:rsidR="006458DD" w:rsidRDefault="006458DD">
      <w:pPr>
        <w:spacing w:after="80"/>
      </w:pPr>
    </w:p>
    <w:p w14:paraId="54A64FF1" w14:textId="77777777" w:rsidR="006458DD" w:rsidRDefault="00000000">
      <w:pPr>
        <w:pBdr>
          <w:bottom w:val="single" w:sz="4" w:space="3" w:color="C9A84C"/>
        </w:pBdr>
        <w:spacing w:before="280" w:after="100"/>
      </w:pPr>
      <w:r>
        <w:rPr>
          <w:rFonts w:ascii="Arial" w:hAnsi="Arial"/>
          <w:b/>
          <w:color w:val="1B3A6B"/>
          <w:sz w:val="24"/>
        </w:rPr>
        <w:t>5.  Project budget — for grant applications</w:t>
      </w:r>
    </w:p>
    <w:p w14:paraId="0B55A29A" w14:textId="77777777" w:rsidR="006458DD" w:rsidRDefault="00000000">
      <w:pPr>
        <w:spacing w:before="40" w:after="80"/>
        <w:jc w:val="both"/>
      </w:pPr>
      <w:r>
        <w:rPr>
          <w:rFonts w:ascii="Arial" w:hAnsi="Arial"/>
          <w:color w:val="222222"/>
          <w:sz w:val="20"/>
        </w:rPr>
        <w:t>Many applications require a project budget alongside your proposal. Use this table as a starting point. Always read the funder's budget template or guidelines first — some have their own format.</w:t>
      </w:r>
    </w:p>
    <w:tbl>
      <w:tblPr>
        <w:tblStyle w:val="TableGrid"/>
        <w:tblpPr w:leftFromText="180" w:rightFromText="180" w:vertAnchor="text" w:horzAnchor="margin" w:tblpY="116"/>
        <w:tblW w:w="0" w:type="auto"/>
        <w:tblLook w:val="04A0" w:firstRow="1" w:lastRow="0" w:firstColumn="1" w:lastColumn="0" w:noHBand="0" w:noVBand="1"/>
      </w:tblPr>
      <w:tblGrid>
        <w:gridCol w:w="9648"/>
      </w:tblGrid>
      <w:tr w:rsidR="003B7CC7" w14:paraId="66706EEA" w14:textId="77777777" w:rsidTr="003B7CC7">
        <w:tc>
          <w:tcPr>
            <w:tcW w:w="9648" w:type="dxa"/>
            <w:shd w:val="clear" w:color="auto" w:fill="EEF3FA"/>
          </w:tcPr>
          <w:p w14:paraId="23031C12" w14:textId="77777777" w:rsidR="003B7CC7" w:rsidRDefault="003B7CC7" w:rsidP="003B7CC7"/>
          <w:p w14:paraId="4958959C" w14:textId="77777777" w:rsidR="003B7CC7" w:rsidRDefault="003B7CC7" w:rsidP="003B7CC7">
            <w:pPr>
              <w:spacing w:before="80" w:after="80"/>
            </w:pPr>
            <w:r>
              <w:rPr>
                <w:rFonts w:ascii="Arial" w:hAnsi="Arial"/>
                <w:b/>
                <w:color w:val="1B3A6B"/>
                <w:sz w:val="19"/>
              </w:rPr>
              <w:t xml:space="preserve">Two things current funders consistently require in project budgets: </w:t>
            </w:r>
            <w:r>
              <w:rPr>
                <w:rFonts w:ascii="Arial" w:hAnsi="Arial"/>
                <w:i/>
                <w:color w:val="222222"/>
                <w:sz w:val="19"/>
              </w:rPr>
              <w:t>1. Your own artist fee — include payment for your own labour, not just costs you will pay to others. 2. Disclosure of other funding — if you are applying to more than one funder for the same project, note this in your budget and proposal. Funders expect and welcome this.</w:t>
            </w:r>
          </w:p>
        </w:tc>
      </w:tr>
    </w:tbl>
    <w:p w14:paraId="6F4B9D73" w14:textId="77777777" w:rsidR="006458DD" w:rsidRDefault="006458DD">
      <w:pPr>
        <w:spacing w:after="4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2"/>
        <w:gridCol w:w="2412"/>
        <w:gridCol w:w="2412"/>
        <w:gridCol w:w="2412"/>
      </w:tblGrid>
      <w:tr w:rsidR="006458DD" w14:paraId="5FB4FE48" w14:textId="77777777">
        <w:tc>
          <w:tcPr>
            <w:tcW w:w="2412" w:type="dxa"/>
            <w:shd w:val="clear" w:color="auto" w:fill="EEF3FA"/>
          </w:tcPr>
          <w:p w14:paraId="42E424C3" w14:textId="77777777" w:rsidR="006458DD" w:rsidRDefault="006458DD"/>
          <w:p w14:paraId="45631A8A" w14:textId="77777777" w:rsidR="006458DD" w:rsidRDefault="00000000">
            <w:pPr>
              <w:spacing w:before="60" w:after="60"/>
            </w:pPr>
            <w:r>
              <w:rPr>
                <w:rFonts w:ascii="Arial" w:hAnsi="Arial"/>
                <w:b/>
                <w:color w:val="1B3A6B"/>
                <w:sz w:val="18"/>
              </w:rPr>
              <w:t>Budget item</w:t>
            </w:r>
          </w:p>
        </w:tc>
        <w:tc>
          <w:tcPr>
            <w:tcW w:w="2412" w:type="dxa"/>
            <w:shd w:val="clear" w:color="auto" w:fill="EEF3FA"/>
          </w:tcPr>
          <w:p w14:paraId="05FE07D6" w14:textId="77777777" w:rsidR="006458DD" w:rsidRDefault="006458DD"/>
          <w:p w14:paraId="7D7F5F33" w14:textId="77777777" w:rsidR="006458DD" w:rsidRDefault="00000000">
            <w:pPr>
              <w:spacing w:before="60" w:after="60"/>
            </w:pPr>
            <w:r>
              <w:rPr>
                <w:rFonts w:ascii="Arial" w:hAnsi="Arial"/>
                <w:b/>
                <w:color w:val="1B3A6B"/>
                <w:sz w:val="18"/>
              </w:rPr>
              <w:t>Description</w:t>
            </w:r>
          </w:p>
        </w:tc>
        <w:tc>
          <w:tcPr>
            <w:tcW w:w="2412" w:type="dxa"/>
            <w:shd w:val="clear" w:color="auto" w:fill="EEF3FA"/>
          </w:tcPr>
          <w:p w14:paraId="1A742C27" w14:textId="77777777" w:rsidR="006458DD" w:rsidRDefault="006458DD"/>
          <w:p w14:paraId="75CE9B1F" w14:textId="77777777" w:rsidR="006458DD" w:rsidRDefault="00000000">
            <w:pPr>
              <w:spacing w:before="60" w:after="60"/>
            </w:pPr>
            <w:r>
              <w:rPr>
                <w:rFonts w:ascii="Arial" w:hAnsi="Arial"/>
                <w:b/>
                <w:color w:val="1B3A6B"/>
                <w:sz w:val="18"/>
              </w:rPr>
              <w:t>Cost</w:t>
            </w:r>
          </w:p>
        </w:tc>
        <w:tc>
          <w:tcPr>
            <w:tcW w:w="2412" w:type="dxa"/>
            <w:shd w:val="clear" w:color="auto" w:fill="EEF3FA"/>
          </w:tcPr>
          <w:p w14:paraId="1221F4FE" w14:textId="77777777" w:rsidR="006458DD" w:rsidRDefault="006458DD"/>
          <w:p w14:paraId="3BC06A26" w14:textId="77777777" w:rsidR="006458DD" w:rsidRDefault="00000000">
            <w:pPr>
              <w:spacing w:before="60" w:after="60"/>
            </w:pPr>
            <w:r>
              <w:rPr>
                <w:rFonts w:ascii="Arial" w:hAnsi="Arial"/>
                <w:b/>
                <w:color w:val="1B3A6B"/>
                <w:sz w:val="18"/>
              </w:rPr>
              <w:t>Funding source</w:t>
            </w:r>
          </w:p>
        </w:tc>
      </w:tr>
      <w:tr w:rsidR="006458DD" w14:paraId="4EB5E785" w14:textId="77777777">
        <w:tc>
          <w:tcPr>
            <w:tcW w:w="2412" w:type="dxa"/>
          </w:tcPr>
          <w:p w14:paraId="3D8BFF20" w14:textId="77777777" w:rsidR="006458DD" w:rsidRDefault="006458DD"/>
          <w:p w14:paraId="3EC748D7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2412" w:type="dxa"/>
          </w:tcPr>
          <w:p w14:paraId="7E422E41" w14:textId="77777777" w:rsidR="006458DD" w:rsidRDefault="006458DD"/>
          <w:p w14:paraId="4BF55EC3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2412" w:type="dxa"/>
          </w:tcPr>
          <w:p w14:paraId="1F412F17" w14:textId="77777777" w:rsidR="006458DD" w:rsidRDefault="006458DD"/>
          <w:p w14:paraId="22B84D70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2412" w:type="dxa"/>
          </w:tcPr>
          <w:p w14:paraId="137F917D" w14:textId="77777777" w:rsidR="006458DD" w:rsidRDefault="006458DD"/>
          <w:p w14:paraId="1FFD2D0C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</w:tr>
      <w:tr w:rsidR="006458DD" w14:paraId="0FE93C3E" w14:textId="77777777">
        <w:tc>
          <w:tcPr>
            <w:tcW w:w="2412" w:type="dxa"/>
          </w:tcPr>
          <w:p w14:paraId="337FC211" w14:textId="77777777" w:rsidR="006458DD" w:rsidRDefault="006458DD"/>
          <w:p w14:paraId="4744DD78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2412" w:type="dxa"/>
          </w:tcPr>
          <w:p w14:paraId="37F10F86" w14:textId="77777777" w:rsidR="006458DD" w:rsidRDefault="006458DD"/>
          <w:p w14:paraId="35ED53BC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2412" w:type="dxa"/>
          </w:tcPr>
          <w:p w14:paraId="6CB214C8" w14:textId="77777777" w:rsidR="006458DD" w:rsidRDefault="006458DD"/>
          <w:p w14:paraId="06D4336C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2412" w:type="dxa"/>
          </w:tcPr>
          <w:p w14:paraId="15C565F7" w14:textId="77777777" w:rsidR="006458DD" w:rsidRDefault="006458DD"/>
          <w:p w14:paraId="50E58341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</w:tr>
      <w:tr w:rsidR="006458DD" w14:paraId="292AF6F1" w14:textId="77777777">
        <w:tc>
          <w:tcPr>
            <w:tcW w:w="2412" w:type="dxa"/>
          </w:tcPr>
          <w:p w14:paraId="01B8D205" w14:textId="77777777" w:rsidR="006458DD" w:rsidRDefault="006458DD"/>
          <w:p w14:paraId="2A5DC5D6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2412" w:type="dxa"/>
          </w:tcPr>
          <w:p w14:paraId="6A7B692D" w14:textId="77777777" w:rsidR="006458DD" w:rsidRDefault="006458DD"/>
          <w:p w14:paraId="1B7ECA4D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2412" w:type="dxa"/>
          </w:tcPr>
          <w:p w14:paraId="6A23B57A" w14:textId="77777777" w:rsidR="006458DD" w:rsidRDefault="006458DD"/>
          <w:p w14:paraId="76F5EA6D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2412" w:type="dxa"/>
          </w:tcPr>
          <w:p w14:paraId="532F4105" w14:textId="77777777" w:rsidR="006458DD" w:rsidRDefault="006458DD"/>
          <w:p w14:paraId="56DE4C89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</w:tr>
      <w:tr w:rsidR="006458DD" w14:paraId="3B3C6246" w14:textId="77777777">
        <w:tc>
          <w:tcPr>
            <w:tcW w:w="2412" w:type="dxa"/>
          </w:tcPr>
          <w:p w14:paraId="705046DA" w14:textId="77777777" w:rsidR="006458DD" w:rsidRDefault="006458DD"/>
          <w:p w14:paraId="52BB0817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2412" w:type="dxa"/>
          </w:tcPr>
          <w:p w14:paraId="6C322D99" w14:textId="77777777" w:rsidR="006458DD" w:rsidRDefault="006458DD"/>
          <w:p w14:paraId="5C0C3F37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2412" w:type="dxa"/>
          </w:tcPr>
          <w:p w14:paraId="5CE20BE7" w14:textId="77777777" w:rsidR="006458DD" w:rsidRDefault="006458DD"/>
          <w:p w14:paraId="66EF7E79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2412" w:type="dxa"/>
          </w:tcPr>
          <w:p w14:paraId="0CD3D4D5" w14:textId="77777777" w:rsidR="006458DD" w:rsidRDefault="006458DD"/>
          <w:p w14:paraId="35989FEF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</w:tr>
      <w:tr w:rsidR="006458DD" w14:paraId="0109686D" w14:textId="77777777">
        <w:tc>
          <w:tcPr>
            <w:tcW w:w="2412" w:type="dxa"/>
          </w:tcPr>
          <w:p w14:paraId="1692F817" w14:textId="77777777" w:rsidR="006458DD" w:rsidRDefault="006458DD"/>
          <w:p w14:paraId="1F4449F9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2412" w:type="dxa"/>
          </w:tcPr>
          <w:p w14:paraId="19D6911A" w14:textId="77777777" w:rsidR="006458DD" w:rsidRDefault="006458DD"/>
          <w:p w14:paraId="57895C66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2412" w:type="dxa"/>
          </w:tcPr>
          <w:p w14:paraId="4BAA999C" w14:textId="77777777" w:rsidR="006458DD" w:rsidRDefault="006458DD"/>
          <w:p w14:paraId="6AD3C65E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2412" w:type="dxa"/>
          </w:tcPr>
          <w:p w14:paraId="596DF60A" w14:textId="77777777" w:rsidR="006458DD" w:rsidRDefault="006458DD"/>
          <w:p w14:paraId="6A84BB11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</w:tr>
      <w:tr w:rsidR="006458DD" w14:paraId="65B28ECC" w14:textId="77777777">
        <w:tc>
          <w:tcPr>
            <w:tcW w:w="2412" w:type="dxa"/>
          </w:tcPr>
          <w:p w14:paraId="60F7CAA1" w14:textId="77777777" w:rsidR="006458DD" w:rsidRDefault="006458DD"/>
          <w:p w14:paraId="1D2562B3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lastRenderedPageBreak/>
              <w:t xml:space="preserve"> </w:t>
            </w:r>
          </w:p>
        </w:tc>
        <w:tc>
          <w:tcPr>
            <w:tcW w:w="2412" w:type="dxa"/>
          </w:tcPr>
          <w:p w14:paraId="3E4834A9" w14:textId="77777777" w:rsidR="006458DD" w:rsidRDefault="006458DD"/>
          <w:p w14:paraId="731903BE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lastRenderedPageBreak/>
              <w:t xml:space="preserve"> </w:t>
            </w:r>
          </w:p>
        </w:tc>
        <w:tc>
          <w:tcPr>
            <w:tcW w:w="2412" w:type="dxa"/>
          </w:tcPr>
          <w:p w14:paraId="21B193C0" w14:textId="77777777" w:rsidR="006458DD" w:rsidRDefault="006458DD"/>
          <w:p w14:paraId="347DECD1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lastRenderedPageBreak/>
              <w:t xml:space="preserve"> </w:t>
            </w:r>
          </w:p>
        </w:tc>
        <w:tc>
          <w:tcPr>
            <w:tcW w:w="2412" w:type="dxa"/>
          </w:tcPr>
          <w:p w14:paraId="5DF2CD04" w14:textId="77777777" w:rsidR="006458DD" w:rsidRDefault="006458DD"/>
          <w:p w14:paraId="46AFEA0B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lastRenderedPageBreak/>
              <w:t xml:space="preserve"> </w:t>
            </w:r>
          </w:p>
        </w:tc>
      </w:tr>
      <w:tr w:rsidR="006458DD" w14:paraId="2999F86A" w14:textId="77777777">
        <w:tc>
          <w:tcPr>
            <w:tcW w:w="2412" w:type="dxa"/>
          </w:tcPr>
          <w:p w14:paraId="0E1D0A0B" w14:textId="77777777" w:rsidR="006458DD" w:rsidRDefault="006458DD"/>
          <w:p w14:paraId="0B170AFC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2412" w:type="dxa"/>
          </w:tcPr>
          <w:p w14:paraId="0E0D27DD" w14:textId="77777777" w:rsidR="006458DD" w:rsidRDefault="006458DD"/>
          <w:p w14:paraId="29BEF33F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2412" w:type="dxa"/>
          </w:tcPr>
          <w:p w14:paraId="1D8686F0" w14:textId="77777777" w:rsidR="006458DD" w:rsidRDefault="006458DD"/>
          <w:p w14:paraId="4CF370DD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2412" w:type="dxa"/>
          </w:tcPr>
          <w:p w14:paraId="323DB9A9" w14:textId="77777777" w:rsidR="006458DD" w:rsidRDefault="006458DD"/>
          <w:p w14:paraId="0508470A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</w:tr>
      <w:tr w:rsidR="006458DD" w14:paraId="04235438" w14:textId="77777777">
        <w:tc>
          <w:tcPr>
            <w:tcW w:w="2412" w:type="dxa"/>
          </w:tcPr>
          <w:p w14:paraId="12DBD3AD" w14:textId="77777777" w:rsidR="006458DD" w:rsidRDefault="006458DD"/>
          <w:p w14:paraId="16544D2C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2412" w:type="dxa"/>
          </w:tcPr>
          <w:p w14:paraId="3B2142BD" w14:textId="77777777" w:rsidR="006458DD" w:rsidRDefault="006458DD"/>
          <w:p w14:paraId="060A1784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2412" w:type="dxa"/>
          </w:tcPr>
          <w:p w14:paraId="4C34E809" w14:textId="77777777" w:rsidR="006458DD" w:rsidRDefault="006458DD"/>
          <w:p w14:paraId="24B68D3E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2412" w:type="dxa"/>
          </w:tcPr>
          <w:p w14:paraId="0A55538D" w14:textId="77777777" w:rsidR="006458DD" w:rsidRDefault="006458DD"/>
          <w:p w14:paraId="0672FB67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</w:tr>
      <w:tr w:rsidR="006458DD" w14:paraId="71320C3A" w14:textId="77777777">
        <w:tc>
          <w:tcPr>
            <w:tcW w:w="2412" w:type="dxa"/>
          </w:tcPr>
          <w:p w14:paraId="5A62ABDA" w14:textId="77777777" w:rsidR="006458DD" w:rsidRDefault="006458DD"/>
          <w:p w14:paraId="1667BD4A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2412" w:type="dxa"/>
          </w:tcPr>
          <w:p w14:paraId="24D5735C" w14:textId="77777777" w:rsidR="006458DD" w:rsidRDefault="006458DD"/>
          <w:p w14:paraId="2BB76218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2412" w:type="dxa"/>
          </w:tcPr>
          <w:p w14:paraId="353B0C1C" w14:textId="77777777" w:rsidR="006458DD" w:rsidRDefault="006458DD"/>
          <w:p w14:paraId="354C5C66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2412" w:type="dxa"/>
          </w:tcPr>
          <w:p w14:paraId="4D8180CF" w14:textId="77777777" w:rsidR="006458DD" w:rsidRDefault="006458DD"/>
          <w:p w14:paraId="7C37512C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</w:tr>
      <w:tr w:rsidR="006458DD" w14:paraId="01D10487" w14:textId="77777777">
        <w:tc>
          <w:tcPr>
            <w:tcW w:w="2412" w:type="dxa"/>
          </w:tcPr>
          <w:p w14:paraId="280C0808" w14:textId="77777777" w:rsidR="006458DD" w:rsidRDefault="006458DD"/>
          <w:p w14:paraId="709CD13A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2412" w:type="dxa"/>
          </w:tcPr>
          <w:p w14:paraId="4B13925C" w14:textId="77777777" w:rsidR="006458DD" w:rsidRDefault="006458DD"/>
          <w:p w14:paraId="48E2A9AA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2412" w:type="dxa"/>
          </w:tcPr>
          <w:p w14:paraId="3A93BB38" w14:textId="77777777" w:rsidR="006458DD" w:rsidRDefault="006458DD"/>
          <w:p w14:paraId="508232BA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2412" w:type="dxa"/>
          </w:tcPr>
          <w:p w14:paraId="2DE0EC2D" w14:textId="77777777" w:rsidR="006458DD" w:rsidRDefault="006458DD"/>
          <w:p w14:paraId="28D155B0" w14:textId="77777777" w:rsidR="006458DD" w:rsidRDefault="00000000">
            <w:pPr>
              <w:spacing w:after="280"/>
            </w:pPr>
            <w:r>
              <w:rPr>
                <w:rFonts w:ascii="Arial" w:hAnsi="Arial"/>
                <w:sz w:val="18"/>
              </w:rPr>
              <w:t xml:space="preserve"> </w:t>
            </w:r>
          </w:p>
        </w:tc>
      </w:tr>
    </w:tbl>
    <w:p w14:paraId="4AA75C60" w14:textId="77777777" w:rsidR="006458DD" w:rsidRDefault="006458DD"/>
    <w:p w14:paraId="15AB4075" w14:textId="77777777" w:rsidR="006458DD" w:rsidRDefault="006458DD"/>
    <w:p w14:paraId="65D4960D" w14:textId="77777777" w:rsidR="006458DD" w:rsidRDefault="006458DD">
      <w:pPr>
        <w:pBdr>
          <w:bottom w:val="single" w:sz="10" w:space="3" w:color="C9A84C"/>
        </w:pBdr>
        <w:spacing w:after="120"/>
      </w:pPr>
    </w:p>
    <w:p w14:paraId="278D70DA" w14:textId="6E577D99" w:rsidR="006458DD" w:rsidRDefault="00000000">
      <w:pPr>
        <w:spacing w:before="80" w:after="40"/>
        <w:jc w:val="center"/>
      </w:pPr>
      <w:r>
        <w:rPr>
          <w:rFonts w:ascii="Arial" w:hAnsi="Arial"/>
          <w:i/>
          <w:color w:val="556080"/>
          <w:sz w:val="16"/>
        </w:rPr>
        <w:t xml:space="preserve">Free to use and </w:t>
      </w:r>
      <w:proofErr w:type="gramStart"/>
      <w:r>
        <w:rPr>
          <w:rFonts w:ascii="Arial" w:hAnsi="Arial"/>
          <w:i/>
          <w:color w:val="556080"/>
          <w:sz w:val="16"/>
        </w:rPr>
        <w:t>share  ·</w:t>
      </w:r>
      <w:proofErr w:type="gramEnd"/>
      <w:r>
        <w:rPr>
          <w:rFonts w:ascii="Arial" w:hAnsi="Arial"/>
          <w:i/>
          <w:color w:val="556080"/>
          <w:sz w:val="16"/>
        </w:rPr>
        <w:t xml:space="preserve">  CFOH, Saint Lucia  ·  cfohub.org   ·  2026</w:t>
      </w:r>
    </w:p>
    <w:p w14:paraId="782F25E5" w14:textId="77777777" w:rsidR="006458DD" w:rsidRDefault="00000000">
      <w:pPr>
        <w:spacing w:after="0"/>
        <w:jc w:val="center"/>
      </w:pPr>
      <w:r>
        <w:rPr>
          <w:rFonts w:ascii="Arial" w:hAnsi="Arial"/>
          <w:i/>
          <w:color w:val="556080"/>
          <w:sz w:val="15"/>
        </w:rPr>
        <w:t>This template contains no reproduced material from any external source. All guidance is original editorial work by CFOH.</w:t>
      </w:r>
    </w:p>
    <w:sectPr w:rsidR="006458DD" w:rsidSect="00034616">
      <w:pgSz w:w="12240" w:h="15840"/>
      <w:pgMar w:top="1080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34678523">
    <w:abstractNumId w:val="8"/>
  </w:num>
  <w:num w:numId="2" w16cid:durableId="1834756278">
    <w:abstractNumId w:val="6"/>
  </w:num>
  <w:num w:numId="3" w16cid:durableId="54083092">
    <w:abstractNumId w:val="5"/>
  </w:num>
  <w:num w:numId="4" w16cid:durableId="1092092366">
    <w:abstractNumId w:val="4"/>
  </w:num>
  <w:num w:numId="5" w16cid:durableId="694186184">
    <w:abstractNumId w:val="7"/>
  </w:num>
  <w:num w:numId="6" w16cid:durableId="1636567825">
    <w:abstractNumId w:val="3"/>
  </w:num>
  <w:num w:numId="7" w16cid:durableId="790903853">
    <w:abstractNumId w:val="2"/>
  </w:num>
  <w:num w:numId="8" w16cid:durableId="1804736339">
    <w:abstractNumId w:val="1"/>
  </w:num>
  <w:num w:numId="9" w16cid:durableId="2057074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B76DE"/>
    <w:rsid w:val="003B7CC7"/>
    <w:rsid w:val="006458D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BC03D2"/>
  <w14:defaultImageDpi w14:val="300"/>
  <w15:docId w15:val="{08EB7928-B726-4F9E-8131-041623642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Shazanne Nickson</cp:lastModifiedBy>
  <cp:revision>2</cp:revision>
  <dcterms:created xsi:type="dcterms:W3CDTF">2013-12-23T23:15:00Z</dcterms:created>
  <dcterms:modified xsi:type="dcterms:W3CDTF">2026-07-22T22:19:00Z</dcterms:modified>
  <cp:category/>
</cp:coreProperties>
</file>